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spacing w:after="60"/>
        <w:jc w:val="center"/>
      </w:pPr>
      <w:r>
        <w:rPr>
          <w:rFonts w:ascii="Georgia" w:hAnsi="Georgia" w:eastAsia="Georgia"/>
          <w:b/>
          <w:i w:val="0"/>
          <w:color w:val="041220"/>
          <w:sz w:val="58"/>
        </w:rPr>
        <w:t>AFRIDIRECT</w:t>
      </w:r>
    </w:p>
    <w:p>
      <w:pPr>
        <w:spacing w:after="160"/>
        <w:jc w:val="center"/>
      </w:pPr>
      <w:r>
        <w:rPr>
          <w:rFonts w:ascii="Aptos" w:hAnsi="Aptos" w:eastAsia="Aptos"/>
          <w:b w:val="0"/>
          <w:i w:val="0"/>
          <w:color w:val="0B2A22"/>
          <w:sz w:val="28"/>
        </w:rPr>
        <w:t>Founding Members Elite Inner Circle Club &amp; Verified Trade Marketplace Growth Plan</w:t>
      </w:r>
    </w:p>
    <w:p>
      <w:pPr>
        <w:spacing w:after="120"/>
        <w:jc w:val="center"/>
      </w:pPr>
      <w:r>
        <w:drawing>
          <wp:inline xmlns:a="http://schemas.openxmlformats.org/drawingml/2006/main" xmlns:pic="http://schemas.openxmlformats.org/drawingml/2006/picture">
            <wp:extent cx="5166360" cy="5166360"/>
            <wp:docPr id="1" name="Picture 1"/>
            <wp:cNvGraphicFramePr>
              <a:graphicFrameLocks noChangeAspect="1"/>
            </wp:cNvGraphicFramePr>
            <a:graphic>
              <a:graphicData uri="http://schemas.openxmlformats.org/drawingml/2006/picture">
                <pic:pic>
                  <pic:nvPicPr>
                    <pic:cNvPr id="0" name="afridirect_luxury_brand_emblem.png"/>
                    <pic:cNvPicPr/>
                  </pic:nvPicPr>
                  <pic:blipFill>
                    <a:blip r:embed="rId10"/>
                    <a:stretch>
                      <a:fillRect/>
                    </a:stretch>
                  </pic:blipFill>
                  <pic:spPr>
                    <a:xfrm>
                      <a:off x="0" y="0"/>
                      <a:ext cx="5166360" cy="5166360"/>
                    </a:xfrm>
                    <a:prstGeom prst="rect"/>
                  </pic:spPr>
                </pic:pic>
              </a:graphicData>
            </a:graphic>
          </wp:inline>
        </w:drawing>
      </w:r>
    </w:p>
    <w:tbl>
      <w:tblPr>
        <w:tblW w:type="auto" w:w="0"/>
        <w:jc w:val="center"/>
        <w:tblLayout w:type="autofit"/>
        <w:tblLook w:firstColumn="1" w:firstRow="1" w:lastColumn="0" w:lastRow="0" w:noHBand="0" w:noVBand="1" w:val="04A0"/>
      </w:tblPr>
      <w:tblGrid>
        <w:gridCol w:w="10368"/>
      </w:tblGrid>
      <w:tr>
        <w:tc>
          <w:tcPr>
            <w:tcW w:type="dxa" w:w="10368"/>
            <w:shd w:fill="041220"/>
            <w:tcBorders>
              <w:top w:val="single" w:sz="8" w:space="0" w:color="C9A14A"/>
              <w:left w:val="single" w:sz="8" w:space="0" w:color="C9A14A"/>
              <w:bottom w:val="single" w:sz="8" w:space="0" w:color="C9A14A"/>
              <w:right w:val="single" w:sz="8" w:space="0" w:color="C9A14A"/>
            </w:tcBorders>
            <w:tcMar>
              <w:top w:w="160" w:type="dxa"/>
              <w:start w:w="160" w:type="dxa"/>
              <w:bottom w:w="160" w:type="dxa"/>
              <w:end w:w="160" w:type="dxa"/>
            </w:tcMar>
          </w:tcPr>
          <w:p>
            <w:r>
              <w:rPr>
                <w:rFonts w:ascii="Aptos" w:hAnsi="Aptos" w:eastAsia="Aptos"/>
                <w:b/>
                <w:i w:val="0"/>
                <w:color w:val="E2C16D"/>
                <w:sz w:val="20"/>
              </w:rPr>
              <w:t>POSITIONING STATEMENT</w:t>
            </w:r>
          </w:p>
          <w:p>
            <w:r>
              <w:rPr>
                <w:rFonts w:ascii="Aptos" w:hAnsi="Aptos" w:eastAsia="Aptos"/>
                <w:b w:val="0"/>
                <w:i w:val="0"/>
                <w:color w:val="FAF8F2"/>
                <w:sz w:val="22"/>
              </w:rPr>
              <w:t>A private, high-level trade development members club for proven market leaders, supported by proprietary DTC and DTI trade-verification systems and designed to evolve naturally into a controlled electronic marketplace for direct, ethical, properly documented trade.</w:t>
            </w:r>
          </w:p>
        </w:tc>
      </w:tr>
    </w:tbl>
    <w:p>
      <w:pPr>
        <w:spacing w:after="40"/>
      </w:pPr>
    </w:p>
    <w:p>
      <w:pPr>
        <w:jc w:val="center"/>
      </w:pPr>
      <w:r>
        <w:rPr>
          <w:rFonts w:ascii="Aptos" w:hAnsi="Aptos" w:eastAsia="Aptos"/>
          <w:b w:val="0"/>
          <w:i/>
          <w:color w:val="6E746F"/>
          <w:sz w:val="18"/>
        </w:rPr>
        <w:t>Prepared as a strategic company profile and planning document | Version 0.1</w:t>
      </w:r>
    </w:p>
    <w:p>
      <w:r>
        <w:br w:type="page"/>
      </w:r>
    </w:p>
    <w:p>
      <w:pPr>
        <w:pStyle w:val="Heading1"/>
        <w:spacing w:before="120" w:after="160"/>
      </w:pPr>
      <w:r>
        <w:rPr>
          <w:rFonts w:ascii="Georgia" w:hAnsi="Georgia"/>
          <w:b/>
          <w:color w:val="041220"/>
          <w:sz w:val="40"/>
        </w:rPr>
        <w:t>Contents</w:t>
      </w:r>
    </w:p>
    <w:p>
      <w:pPr>
        <w:spacing w:after="40" w:line="259" w:lineRule="auto"/>
      </w:pPr>
      <w:r>
        <w:rPr>
          <w:rFonts w:ascii="Aptos" w:hAnsi="Aptos" w:eastAsia="Aptos"/>
          <w:b w:val="0"/>
          <w:i w:val="0"/>
          <w:color w:val="151515"/>
          <w:sz w:val="21"/>
        </w:rPr>
        <w:t>1. Executive Summary</w:t>
      </w:r>
    </w:p>
    <w:p>
      <w:pPr>
        <w:spacing w:after="40" w:line="259" w:lineRule="auto"/>
      </w:pPr>
      <w:r>
        <w:rPr>
          <w:rFonts w:ascii="Aptos" w:hAnsi="Aptos" w:eastAsia="Aptos"/>
          <w:b w:val="0"/>
          <w:i w:val="0"/>
          <w:color w:val="151515"/>
          <w:sz w:val="21"/>
        </w:rPr>
        <w:t>2. Brand Essence and Strategic Positioning</w:t>
      </w:r>
    </w:p>
    <w:p>
      <w:pPr>
        <w:spacing w:after="40" w:line="259" w:lineRule="auto"/>
      </w:pPr>
      <w:r>
        <w:rPr>
          <w:rFonts w:ascii="Aptos" w:hAnsi="Aptos" w:eastAsia="Aptos"/>
          <w:b w:val="0"/>
          <w:i w:val="0"/>
          <w:color w:val="151515"/>
          <w:sz w:val="21"/>
        </w:rPr>
        <w:t>3. Commercial Problem and Market Opportunity</w:t>
      </w:r>
    </w:p>
    <w:p>
      <w:pPr>
        <w:spacing w:after="40" w:line="259" w:lineRule="auto"/>
      </w:pPr>
      <w:r>
        <w:rPr>
          <w:rFonts w:ascii="Aptos" w:hAnsi="Aptos" w:eastAsia="Aptos"/>
          <w:b w:val="0"/>
          <w:i w:val="0"/>
          <w:color w:val="151515"/>
          <w:sz w:val="21"/>
        </w:rPr>
        <w:t>4. AfriDirect Founding Members Elite Inner Circle Club</w:t>
      </w:r>
    </w:p>
    <w:p>
      <w:pPr>
        <w:spacing w:after="40" w:line="259" w:lineRule="auto"/>
      </w:pPr>
      <w:r>
        <w:rPr>
          <w:rFonts w:ascii="Aptos" w:hAnsi="Aptos" w:eastAsia="Aptos"/>
          <w:b w:val="0"/>
          <w:i w:val="0"/>
          <w:color w:val="151515"/>
          <w:sz w:val="21"/>
        </w:rPr>
        <w:t>5. Membership Standards, Admission and Privileges</w:t>
      </w:r>
    </w:p>
    <w:p>
      <w:pPr>
        <w:spacing w:after="40" w:line="259" w:lineRule="auto"/>
      </w:pPr>
      <w:r>
        <w:rPr>
          <w:rFonts w:ascii="Aptos" w:hAnsi="Aptos" w:eastAsia="Aptos"/>
          <w:b w:val="0"/>
          <w:i w:val="0"/>
          <w:color w:val="151515"/>
          <w:sz w:val="21"/>
        </w:rPr>
        <w:t>6. DTC and DTI Trade-Verification Layer</w:t>
      </w:r>
    </w:p>
    <w:p>
      <w:pPr>
        <w:spacing w:after="40" w:line="259" w:lineRule="auto"/>
      </w:pPr>
      <w:r>
        <w:rPr>
          <w:rFonts w:ascii="Aptos" w:hAnsi="Aptos" w:eastAsia="Aptos"/>
          <w:b w:val="0"/>
          <w:i w:val="0"/>
          <w:color w:val="151515"/>
          <w:sz w:val="21"/>
        </w:rPr>
        <w:t>7. Governance, Ethics and Member Accountability</w:t>
      </w:r>
    </w:p>
    <w:p>
      <w:pPr>
        <w:spacing w:after="40" w:line="259" w:lineRule="auto"/>
      </w:pPr>
      <w:r>
        <w:rPr>
          <w:rFonts w:ascii="Aptos" w:hAnsi="Aptos" w:eastAsia="Aptos"/>
          <w:b w:val="0"/>
          <w:i w:val="0"/>
          <w:color w:val="151515"/>
          <w:sz w:val="21"/>
        </w:rPr>
        <w:t>8. AfriDirect Product Brand and Marketplace Expansion</w:t>
      </w:r>
    </w:p>
    <w:p>
      <w:pPr>
        <w:spacing w:after="40" w:line="259" w:lineRule="auto"/>
      </w:pPr>
      <w:r>
        <w:rPr>
          <w:rFonts w:ascii="Aptos" w:hAnsi="Aptos" w:eastAsia="Aptos"/>
          <w:b w:val="0"/>
          <w:i w:val="0"/>
          <w:color w:val="151515"/>
          <w:sz w:val="21"/>
        </w:rPr>
        <w:t>9. Product Modules and Operating Architecture</w:t>
      </w:r>
    </w:p>
    <w:p>
      <w:pPr>
        <w:spacing w:after="40" w:line="259" w:lineRule="auto"/>
      </w:pPr>
      <w:r>
        <w:rPr>
          <w:rFonts w:ascii="Aptos" w:hAnsi="Aptos" w:eastAsia="Aptos"/>
          <w:b w:val="0"/>
          <w:i w:val="0"/>
          <w:color w:val="151515"/>
          <w:sz w:val="21"/>
        </w:rPr>
        <w:t>10. Country, Corridor and Sector Growth Model</w:t>
      </w:r>
    </w:p>
    <w:p>
      <w:pPr>
        <w:spacing w:after="40" w:line="259" w:lineRule="auto"/>
      </w:pPr>
      <w:r>
        <w:rPr>
          <w:rFonts w:ascii="Aptos" w:hAnsi="Aptos" w:eastAsia="Aptos"/>
          <w:b w:val="0"/>
          <w:i w:val="0"/>
          <w:color w:val="151515"/>
          <w:sz w:val="21"/>
        </w:rPr>
        <w:t>11. Revenue Architecture and Commercial Logic</w:t>
      </w:r>
    </w:p>
    <w:p>
      <w:pPr>
        <w:spacing w:after="40" w:line="259" w:lineRule="auto"/>
      </w:pPr>
      <w:r>
        <w:rPr>
          <w:rFonts w:ascii="Aptos" w:hAnsi="Aptos" w:eastAsia="Aptos"/>
          <w:b w:val="0"/>
          <w:i w:val="0"/>
          <w:color w:val="151515"/>
          <w:sz w:val="21"/>
        </w:rPr>
        <w:t>12. Implementation Roadmap</w:t>
      </w:r>
    </w:p>
    <w:p>
      <w:pPr>
        <w:spacing w:after="40" w:line="259" w:lineRule="auto"/>
      </w:pPr>
      <w:r>
        <w:rPr>
          <w:rFonts w:ascii="Aptos" w:hAnsi="Aptos" w:eastAsia="Aptos"/>
          <w:b w:val="0"/>
          <w:i w:val="0"/>
          <w:color w:val="151515"/>
          <w:sz w:val="21"/>
        </w:rPr>
        <w:t>13. Organization, Partnerships and Investment Priorities</w:t>
      </w:r>
    </w:p>
    <w:p>
      <w:pPr>
        <w:spacing w:after="40" w:line="259" w:lineRule="auto"/>
      </w:pPr>
      <w:r>
        <w:rPr>
          <w:rFonts w:ascii="Aptos" w:hAnsi="Aptos" w:eastAsia="Aptos"/>
          <w:b w:val="0"/>
          <w:i w:val="0"/>
          <w:color w:val="151515"/>
          <w:sz w:val="21"/>
        </w:rPr>
        <w:t>14. KPIs, Risk Controls and Next Decisions</w:t>
      </w:r>
    </w:p>
    <w:p>
      <w:r>
        <w:br w:type="page"/>
      </w:r>
    </w:p>
    <w:p>
      <w:pPr>
        <w:pStyle w:val="Heading1"/>
        <w:spacing w:before="120" w:after="160"/>
      </w:pPr>
      <w:r>
        <w:rPr>
          <w:rFonts w:ascii="Georgia" w:hAnsi="Georgia"/>
          <w:b/>
          <w:color w:val="041220"/>
          <w:sz w:val="40"/>
        </w:rPr>
        <w:t>1. Executive Summary</w:t>
      </w:r>
    </w:p>
    <w:p>
      <w:pPr>
        <w:spacing w:after="120" w:line="259" w:lineRule="auto"/>
      </w:pPr>
      <w:r>
        <w:rPr>
          <w:rFonts w:ascii="Aptos" w:hAnsi="Aptos" w:eastAsia="Aptos"/>
          <w:b w:val="0"/>
          <w:i w:val="0"/>
          <w:color w:val="151515"/>
          <w:sz w:val="21"/>
        </w:rPr>
        <w:t>AfriDirect is being positioned as an elite trade development platform that begins as a private members club for a select few proven market leaders in each country and region. The initial club is deliberately narrow, high-trust and relationship-driven. Its purpose is to bring serious business people into a controlled environment where they can transact, expand and build direct trade corridors without the noise, duplication and margin leakage caused by unproductive intermediaries.</w:t>
      </w:r>
    </w:p>
    <w:p>
      <w:pPr>
        <w:spacing w:after="120" w:line="259" w:lineRule="auto"/>
      </w:pPr>
      <w:r>
        <w:rPr>
          <w:rFonts w:ascii="Aptos" w:hAnsi="Aptos" w:eastAsia="Aptos"/>
          <w:b w:val="0"/>
          <w:i w:val="0"/>
          <w:color w:val="151515"/>
          <w:sz w:val="21"/>
        </w:rPr>
        <w:t>The company then expands naturally into a broader product brand: a verified electronic marketplace and trade-verification program built around AfriDirect’s DTC and DTI systems. The growth sequence is important. AfriDirect should not begin as a public marketplace. It should begin with authority, scarcity, selectivity and trust, then scale the standards, tools and deal flow created by the founding members into a managed digital trade infrastructure platform.</w:t>
      </w:r>
    </w:p>
    <w:tbl>
      <w:tblPr>
        <w:tblW w:type="auto" w:w="0"/>
        <w:jc w:val="center"/>
        <w:tblLayout w:type="autofit"/>
        <w:tblLook w:firstColumn="1" w:firstRow="1" w:lastColumn="0" w:lastRow="0" w:noHBand="0" w:noVBand="1" w:val="04A0"/>
      </w:tblPr>
      <w:tblGrid>
        <w:gridCol w:w="10368"/>
      </w:tblGrid>
      <w:tr>
        <w:tc>
          <w:tcPr>
            <w:tcW w:type="dxa" w:w="10368"/>
            <w:shd w:fill="0B2A22"/>
            <w:tcBorders>
              <w:top w:val="single" w:sz="8" w:space="0" w:color="C9A14A"/>
              <w:left w:val="single" w:sz="8" w:space="0" w:color="C9A14A"/>
              <w:bottom w:val="single" w:sz="8" w:space="0" w:color="C9A14A"/>
              <w:right w:val="single" w:sz="8" w:space="0" w:color="C9A14A"/>
            </w:tcBorders>
            <w:tcMar>
              <w:top w:w="160" w:type="dxa"/>
              <w:start w:w="160" w:type="dxa"/>
              <w:bottom w:w="160" w:type="dxa"/>
              <w:end w:w="160" w:type="dxa"/>
            </w:tcMar>
          </w:tcPr>
          <w:p>
            <w:r>
              <w:rPr>
                <w:rFonts w:ascii="Aptos" w:hAnsi="Aptos" w:eastAsia="Aptos"/>
                <w:b/>
                <w:i w:val="0"/>
                <w:color w:val="E2C16D"/>
                <w:sz w:val="20"/>
              </w:rPr>
              <w:t>STRATEGIC THESIS</w:t>
            </w:r>
          </w:p>
          <w:p>
            <w:r>
              <w:rPr>
                <w:rFonts w:ascii="Aptos" w:hAnsi="Aptos" w:eastAsia="Aptos"/>
                <w:b w:val="0"/>
                <w:i w:val="0"/>
                <w:color w:val="FAF8F2"/>
                <w:sz w:val="22"/>
              </w:rPr>
              <w:t>Elite first. Verified always. Marketplace later. AfriDirect should grow from trusted leaders and documented trade corridors rather than from open listings and speculative volume.</w:t>
            </w:r>
          </w:p>
        </w:tc>
      </w:tr>
    </w:tbl>
    <w:p>
      <w:pPr>
        <w:spacing w:after="40"/>
      </w:pPr>
    </w:p>
    <w:tbl>
      <w:tblPr>
        <w:tblStyle w:val="TableGrid"/>
        <w:tblW w:type="auto" w:w="0"/>
        <w:jc w:val="center"/>
        <w:tblLook w:firstColumn="1" w:firstRow="1" w:lastColumn="0" w:lastRow="0" w:noHBand="0" w:noVBand="1" w:val="04A0"/>
      </w:tblPr>
      <w:tblGrid>
        <w:gridCol w:w="3456"/>
        <w:gridCol w:w="3456"/>
        <w:gridCol w:w="3456"/>
      </w:tblGrid>
      <w:tr>
        <w:trPr>
          <w:tblHeader w:val="true"/>
        </w:trPr>
        <w:tc>
          <w:tcPr>
            <w:tcW w:type="dxa" w:w="3456"/>
            <w:shd w:fill="041220"/>
            <w:tcMar>
              <w:top w:w="80" w:type="dxa"/>
              <w:start w:w="80" w:type="dxa"/>
              <w:bottom w:w="80" w:type="dxa"/>
              <w:end w:w="80" w:type="dxa"/>
            </w:tcMar>
            <w:vAlign w:val="center"/>
          </w:tcPr>
          <w:p>
            <w:r>
              <w:rPr>
                <w:rFonts w:ascii="Aptos" w:hAnsi="Aptos" w:eastAsia="Aptos"/>
                <w:b/>
                <w:i w:val="0"/>
                <w:color w:val="FAF8F2"/>
                <w:sz w:val="18"/>
              </w:rPr>
              <w:t>Dimension</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Founding Club</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Expansion Platform</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Primary identity</w:t>
            </w:r>
          </w:p>
        </w:tc>
        <w:tc>
          <w:tcPr>
            <w:tcW w:type="dxa" w:w="3456"/>
            <w:tcMar>
              <w:top w:w="80" w:type="dxa"/>
              <w:start w:w="80" w:type="dxa"/>
              <w:bottom w:w="80" w:type="dxa"/>
              <w:end w:w="80" w:type="dxa"/>
            </w:tcMar>
            <w:vAlign w:val="top"/>
          </w:tcPr>
          <w:p>
            <w:r>
              <w:rPr>
                <w:rFonts w:ascii="Aptos" w:hAnsi="Aptos" w:eastAsia="Aptos"/>
                <w:b w:val="0"/>
                <w:i w:val="0"/>
                <w:color w:val="151515"/>
                <w:sz w:val="18"/>
              </w:rPr>
              <w:t>Private, invitation-led elite trade club for proven leaders.</w:t>
            </w:r>
          </w:p>
        </w:tc>
        <w:tc>
          <w:tcPr>
            <w:tcW w:type="dxa" w:w="3456"/>
            <w:tcMar>
              <w:top w:w="80" w:type="dxa"/>
              <w:start w:w="80" w:type="dxa"/>
              <w:bottom w:w="80" w:type="dxa"/>
              <w:end w:w="80" w:type="dxa"/>
            </w:tcMar>
            <w:vAlign w:val="top"/>
          </w:tcPr>
          <w:p>
            <w:r>
              <w:rPr>
                <w:rFonts w:ascii="Aptos" w:hAnsi="Aptos" w:eastAsia="Aptos"/>
                <w:b w:val="0"/>
                <w:i w:val="0"/>
                <w:color w:val="151515"/>
                <w:sz w:val="18"/>
              </w:rPr>
              <w:t>Controlled product brand and verified electronic marketplace.</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Target users</w:t>
            </w:r>
          </w:p>
        </w:tc>
        <w:tc>
          <w:tcPr>
            <w:tcW w:type="dxa" w:w="3456"/>
            <w:tcMar>
              <w:top w:w="80" w:type="dxa"/>
              <w:start w:w="80" w:type="dxa"/>
              <w:bottom w:w="80" w:type="dxa"/>
              <w:end w:w="80" w:type="dxa"/>
            </w:tcMar>
            <w:vAlign w:val="top"/>
          </w:tcPr>
          <w:p>
            <w:r>
              <w:rPr>
                <w:rFonts w:ascii="Aptos" w:hAnsi="Aptos" w:eastAsia="Aptos"/>
                <w:b w:val="0"/>
                <w:i w:val="0"/>
                <w:color w:val="151515"/>
                <w:sz w:val="18"/>
              </w:rPr>
              <w:t>Market leaders, exporters, importers, producers, financiers and strategic operators.</w:t>
            </w:r>
          </w:p>
        </w:tc>
        <w:tc>
          <w:tcPr>
            <w:tcW w:type="dxa" w:w="3456"/>
            <w:tcMar>
              <w:top w:w="80" w:type="dxa"/>
              <w:start w:w="80" w:type="dxa"/>
              <w:bottom w:w="80" w:type="dxa"/>
              <w:end w:w="80" w:type="dxa"/>
            </w:tcMar>
            <w:vAlign w:val="top"/>
          </w:tcPr>
          <w:p>
            <w:r>
              <w:rPr>
                <w:rFonts w:ascii="Aptos" w:hAnsi="Aptos" w:eastAsia="Aptos"/>
                <w:b w:val="0"/>
                <w:i w:val="0"/>
                <w:color w:val="151515"/>
                <w:sz w:val="18"/>
              </w:rPr>
              <w:t>Verified member companies, trade desks, service partners and institutional partners.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Core promise</w:t>
            </w:r>
          </w:p>
        </w:tc>
        <w:tc>
          <w:tcPr>
            <w:tcW w:type="dxa" w:w="3456"/>
            <w:tcMar>
              <w:top w:w="80" w:type="dxa"/>
              <w:start w:w="80" w:type="dxa"/>
              <w:bottom w:w="80" w:type="dxa"/>
              <w:end w:w="80" w:type="dxa"/>
            </w:tcMar>
            <w:vAlign w:val="top"/>
          </w:tcPr>
          <w:p>
            <w:r>
              <w:rPr>
                <w:rFonts w:ascii="Aptos" w:hAnsi="Aptos" w:eastAsia="Aptos"/>
                <w:b w:val="0"/>
                <w:i w:val="0"/>
                <w:color w:val="151515"/>
                <w:sz w:val="18"/>
              </w:rPr>
              <w:t>Direct access to serious counterparties and disciplined trade support.</w:t>
            </w:r>
          </w:p>
        </w:tc>
        <w:tc>
          <w:tcPr>
            <w:tcW w:type="dxa" w:w="3456"/>
            <w:tcMar>
              <w:top w:w="80" w:type="dxa"/>
              <w:start w:w="80" w:type="dxa"/>
              <w:bottom w:w="80" w:type="dxa"/>
              <w:end w:w="80" w:type="dxa"/>
            </w:tcMar>
            <w:vAlign w:val="top"/>
          </w:tcPr>
          <w:p>
            <w:r>
              <w:rPr>
                <w:rFonts w:ascii="Aptos" w:hAnsi="Aptos" w:eastAsia="Aptos"/>
                <w:b w:val="0"/>
                <w:i w:val="0"/>
                <w:color w:val="151515"/>
                <w:sz w:val="18"/>
              </w:rPr>
              <w:t>Scalable trade verification, listings, deal rooms and title/document workflows.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Growth logic</w:t>
            </w:r>
          </w:p>
        </w:tc>
        <w:tc>
          <w:tcPr>
            <w:tcW w:type="dxa" w:w="3456"/>
            <w:tcMar>
              <w:top w:w="80" w:type="dxa"/>
              <w:start w:w="80" w:type="dxa"/>
              <w:bottom w:w="80" w:type="dxa"/>
              <w:end w:w="80" w:type="dxa"/>
            </w:tcMar>
            <w:vAlign w:val="top"/>
          </w:tcPr>
          <w:p>
            <w:r>
              <w:rPr>
                <w:rFonts w:ascii="Aptos" w:hAnsi="Aptos" w:eastAsia="Aptos"/>
                <w:b w:val="0"/>
                <w:i w:val="0"/>
                <w:color w:val="151515"/>
                <w:sz w:val="18"/>
              </w:rPr>
              <w:t>Quality over volume; small group per market creates credibility.</w:t>
            </w:r>
          </w:p>
        </w:tc>
        <w:tc>
          <w:tcPr>
            <w:tcW w:type="dxa" w:w="3456"/>
            <w:tcMar>
              <w:top w:w="80" w:type="dxa"/>
              <w:start w:w="80" w:type="dxa"/>
              <w:bottom w:w="80" w:type="dxa"/>
              <w:end w:w="80" w:type="dxa"/>
            </w:tcMar>
            <w:vAlign w:val="top"/>
          </w:tcPr>
          <w:p>
            <w:r>
              <w:rPr>
                <w:rFonts w:ascii="Aptos" w:hAnsi="Aptos" w:eastAsia="Aptos"/>
                <w:b w:val="0"/>
                <w:i w:val="0"/>
                <w:color w:val="151515"/>
                <w:sz w:val="18"/>
              </w:rPr>
              <w:t>Scale what has been verified, documented and proven in the club.</w:t>
            </w:r>
          </w:p>
        </w:tc>
      </w:tr>
    </w:tbl>
    <w:p>
      <w:pPr>
        <w:spacing w:after="20"/>
      </w:pPr>
    </w:p>
    <w:p>
      <w:pPr>
        <w:pStyle w:val="Heading1"/>
        <w:spacing w:before="120" w:after="160"/>
      </w:pPr>
      <w:r>
        <w:rPr>
          <w:rFonts w:ascii="Georgia" w:hAnsi="Georgia"/>
          <w:b/>
          <w:color w:val="041220"/>
          <w:sz w:val="40"/>
        </w:rPr>
        <w:t>2. Brand Essence and Strategic Positioning</w:t>
      </w:r>
    </w:p>
    <w:p>
      <w:pPr>
        <w:spacing w:after="120"/>
        <w:jc w:val="center"/>
      </w:pPr>
      <w:r>
        <w:drawing>
          <wp:inline xmlns:a="http://schemas.openxmlformats.org/drawingml/2006/main" xmlns:pic="http://schemas.openxmlformats.org/drawingml/2006/picture">
            <wp:extent cx="5760720" cy="2010817"/>
            <wp:docPr id="2" name="Picture 2"/>
            <wp:cNvGraphicFramePr>
              <a:graphicFrameLocks noChangeAspect="1"/>
            </wp:cNvGraphicFramePr>
            <a:graphic>
              <a:graphicData uri="http://schemas.openxmlformats.org/drawingml/2006/picture">
                <pic:pic>
                  <pic:nvPicPr>
                    <pic:cNvPr id="0" name="afridirect_product_wordmark_crop.png"/>
                    <pic:cNvPicPr/>
                  </pic:nvPicPr>
                  <pic:blipFill>
                    <a:blip r:embed="rId11"/>
                    <a:stretch>
                      <a:fillRect/>
                    </a:stretch>
                  </pic:blipFill>
                  <pic:spPr>
                    <a:xfrm>
                      <a:off x="0" y="0"/>
                      <a:ext cx="5760720" cy="2010817"/>
                    </a:xfrm>
                    <a:prstGeom prst="rect"/>
                  </pic:spPr>
                </pic:pic>
              </a:graphicData>
            </a:graphic>
          </wp:inline>
        </w:drawing>
      </w:r>
    </w:p>
    <w:p>
      <w:pPr>
        <w:pStyle w:val="Heading2"/>
        <w:spacing w:before="100" w:after="80"/>
      </w:pPr>
      <w:r>
        <w:rPr>
          <w:rFonts w:ascii="Georgia" w:hAnsi="Georgia"/>
          <w:b/>
          <w:color w:val="0B2A22"/>
          <w:sz w:val="30"/>
        </w:rPr>
        <w:t>Brand role</w:t>
      </w:r>
    </w:p>
    <w:p>
      <w:pPr>
        <w:spacing w:after="120" w:line="259" w:lineRule="auto"/>
      </w:pPr>
      <w:r>
        <w:rPr>
          <w:rFonts w:ascii="Aptos" w:hAnsi="Aptos" w:eastAsia="Aptos"/>
          <w:b w:val="0"/>
          <w:i w:val="0"/>
          <w:color w:val="151515"/>
          <w:sz w:val="21"/>
        </w:rPr>
        <w:t>AfriDirect should operate as a formal high-level business amplifier. It is not a generic business network, chamber directory or public commodity board. The brand must feel private, institutional, premium and commercially disciplined.</w:t>
      </w:r>
    </w:p>
    <w:p>
      <w:pPr>
        <w:pStyle w:val="Heading2"/>
        <w:spacing w:before="100" w:after="80"/>
      </w:pPr>
      <w:r>
        <w:rPr>
          <w:rFonts w:ascii="Georgia" w:hAnsi="Georgia"/>
          <w:b/>
          <w:color w:val="0B2A22"/>
          <w:sz w:val="30"/>
        </w:rPr>
        <w:t>Core promise</w:t>
      </w:r>
    </w:p>
    <w:tbl>
      <w:tblPr>
        <w:tblW w:type="auto" w:w="0"/>
        <w:jc w:val="center"/>
        <w:tblLayout w:type="autofit"/>
        <w:tblLook w:firstColumn="1" w:firstRow="1" w:lastColumn="0" w:lastRow="0" w:noHBand="0" w:noVBand="1" w:val="04A0"/>
      </w:tblPr>
      <w:tblGrid>
        <w:gridCol w:w="10368"/>
      </w:tblGrid>
      <w:tr>
        <w:tc>
          <w:tcPr>
            <w:tcW w:type="dxa" w:w="10368"/>
            <w:shd w:fill="041220"/>
            <w:tcBorders>
              <w:top w:val="single" w:sz="8" w:space="0" w:color="C9A14A"/>
              <w:left w:val="single" w:sz="8" w:space="0" w:color="C9A14A"/>
              <w:bottom w:val="single" w:sz="8" w:space="0" w:color="C9A14A"/>
              <w:right w:val="single" w:sz="8" w:space="0" w:color="C9A14A"/>
            </w:tcBorders>
            <w:tcMar>
              <w:top w:w="160" w:type="dxa"/>
              <w:start w:w="160" w:type="dxa"/>
              <w:bottom w:w="160" w:type="dxa"/>
              <w:end w:w="160" w:type="dxa"/>
            </w:tcMar>
          </w:tcPr>
          <w:p>
            <w:r>
              <w:rPr>
                <w:rFonts w:ascii="Aptos" w:hAnsi="Aptos" w:eastAsia="Aptos"/>
                <w:b/>
                <w:i w:val="0"/>
                <w:color w:val="E2C16D"/>
                <w:sz w:val="20"/>
              </w:rPr>
              <w:t>AFRIDIRECT PROMISE</w:t>
            </w:r>
          </w:p>
          <w:p>
            <w:r>
              <w:rPr>
                <w:rFonts w:ascii="Aptos" w:hAnsi="Aptos" w:eastAsia="Aptos"/>
                <w:b w:val="0"/>
                <w:i w:val="0"/>
                <w:color w:val="FAF8F2"/>
                <w:sz w:val="22"/>
              </w:rPr>
              <w:t>Direct trade. Verified partners. Serious growth.</w:t>
            </w:r>
          </w:p>
        </w:tc>
      </w:tr>
    </w:tbl>
    <w:p>
      <w:pPr>
        <w:spacing w:after="40"/>
      </w:pPr>
    </w:p>
    <w:p>
      <w:pPr>
        <w:pStyle w:val="Heading2"/>
        <w:spacing w:before="100" w:after="80"/>
      </w:pPr>
      <w:r>
        <w:rPr>
          <w:rFonts w:ascii="Georgia" w:hAnsi="Georgia"/>
          <w:b/>
          <w:color w:val="0B2A22"/>
          <w:sz w:val="30"/>
        </w:rPr>
        <w:t>Brand principles</w:t>
      </w:r>
    </w:p>
    <w:p>
      <w:pPr>
        <w:pStyle w:val="ListBullet"/>
        <w:spacing w:after="60"/>
      </w:pPr>
      <w:r>
        <w:rPr>
          <w:rFonts w:ascii="Aptos" w:hAnsi="Aptos" w:eastAsia="Aptos"/>
          <w:b w:val="0"/>
          <w:i w:val="0"/>
          <w:color w:val="151515"/>
          <w:sz w:val="21"/>
        </w:rPr>
        <w:t>Selective access: membership is earned through proof, reputation, capacity and commitment.</w:t>
      </w:r>
    </w:p>
    <w:p>
      <w:pPr>
        <w:pStyle w:val="ListBullet"/>
        <w:spacing w:after="60"/>
      </w:pPr>
      <w:r>
        <w:rPr>
          <w:rFonts w:ascii="Aptos" w:hAnsi="Aptos" w:eastAsia="Aptos"/>
          <w:b w:val="0"/>
          <w:i w:val="0"/>
          <w:color w:val="151515"/>
          <w:sz w:val="21"/>
        </w:rPr>
        <w:t>Direct trade: productive intermediaries can add value; empty daisy chains should be eliminated.</w:t>
      </w:r>
    </w:p>
    <w:p>
      <w:pPr>
        <w:pStyle w:val="ListBullet"/>
        <w:spacing w:after="60"/>
      </w:pPr>
      <w:r>
        <w:rPr>
          <w:rFonts w:ascii="Aptos" w:hAnsi="Aptos" w:eastAsia="Aptos"/>
          <w:b w:val="0"/>
          <w:i w:val="0"/>
          <w:color w:val="151515"/>
          <w:sz w:val="21"/>
        </w:rPr>
        <w:t>Verification discipline: identity, documents, title, intent and performance should be organized in trade files.</w:t>
      </w:r>
    </w:p>
    <w:p>
      <w:pPr>
        <w:pStyle w:val="ListBullet"/>
        <w:spacing w:after="60"/>
      </w:pPr>
      <w:r>
        <w:rPr>
          <w:rFonts w:ascii="Aptos" w:hAnsi="Aptos" w:eastAsia="Aptos"/>
          <w:b w:val="0"/>
          <w:i w:val="0"/>
          <w:color w:val="151515"/>
          <w:sz w:val="21"/>
        </w:rPr>
        <w:t>Ethical growth: members are expected to protect trust, preserve margin and conduct serious business.</w:t>
      </w:r>
    </w:p>
    <w:p>
      <w:pPr>
        <w:pStyle w:val="ListBullet"/>
        <w:spacing w:after="60"/>
      </w:pPr>
      <w:r>
        <w:rPr>
          <w:rFonts w:ascii="Aptos" w:hAnsi="Aptos" w:eastAsia="Aptos"/>
          <w:b w:val="0"/>
          <w:i w:val="0"/>
          <w:color w:val="151515"/>
          <w:sz w:val="21"/>
        </w:rPr>
        <w:t>Africa-centered, globally connected: AfriDirect supports inbound and outbound trade with Africa as a priority growth engine.</w:t>
      </w:r>
    </w:p>
    <w:p>
      <w:pPr>
        <w:pStyle w:val="Heading2"/>
        <w:spacing w:before="100" w:after="80"/>
      </w:pPr>
      <w:r>
        <w:rPr>
          <w:rFonts w:ascii="Georgia" w:hAnsi="Georgia"/>
          <w:b/>
          <w:color w:val="0B2A22"/>
          <w:sz w:val="30"/>
        </w:rPr>
        <w:t>Recommended naming architecture</w:t>
      </w:r>
    </w:p>
    <w:tbl>
      <w:tblPr>
        <w:tblStyle w:val="TableGrid"/>
        <w:tblW w:type="auto" w:w="0"/>
        <w:jc w:val="center"/>
        <w:tblLook w:firstColumn="1" w:firstRow="1" w:lastColumn="0" w:lastRow="0" w:noHBand="0" w:noVBand="1" w:val="04A0"/>
      </w:tblPr>
      <w:tblGrid>
        <w:gridCol w:w="3456"/>
        <w:gridCol w:w="3456"/>
        <w:gridCol w:w="3456"/>
      </w:tblGrid>
      <w:tr>
        <w:trPr>
          <w:tblHeader w:val="true"/>
        </w:trPr>
        <w:tc>
          <w:tcPr>
            <w:tcW w:type="dxa" w:w="3456"/>
            <w:shd w:fill="041220"/>
            <w:tcMar>
              <w:top w:w="80" w:type="dxa"/>
              <w:start w:w="80" w:type="dxa"/>
              <w:bottom w:w="80" w:type="dxa"/>
              <w:end w:w="80" w:type="dxa"/>
            </w:tcMar>
            <w:vAlign w:val="center"/>
          </w:tcPr>
          <w:p>
            <w:r>
              <w:rPr>
                <w:rFonts w:ascii="Aptos" w:hAnsi="Aptos" w:eastAsia="Aptos"/>
                <w:b/>
                <w:i w:val="0"/>
                <w:color w:val="FAF8F2"/>
                <w:sz w:val="18"/>
              </w:rPr>
              <w:t>Name</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Role</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Use</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AfriDirect</w:t>
            </w:r>
          </w:p>
        </w:tc>
        <w:tc>
          <w:tcPr>
            <w:tcW w:type="dxa" w:w="3456"/>
            <w:tcMar>
              <w:top w:w="80" w:type="dxa"/>
              <w:start w:w="80" w:type="dxa"/>
              <w:bottom w:w="80" w:type="dxa"/>
              <w:end w:w="80" w:type="dxa"/>
            </w:tcMar>
            <w:vAlign w:val="top"/>
          </w:tcPr>
          <w:p>
            <w:r>
              <w:rPr>
                <w:rFonts w:ascii="Aptos" w:hAnsi="Aptos" w:eastAsia="Aptos"/>
                <w:b w:val="0"/>
                <w:i w:val="0"/>
                <w:color w:val="151515"/>
                <w:sz w:val="18"/>
              </w:rPr>
              <w:t>Master brand</w:t>
            </w:r>
          </w:p>
        </w:tc>
        <w:tc>
          <w:tcPr>
            <w:tcW w:type="dxa" w:w="3456"/>
            <w:tcMar>
              <w:top w:w="80" w:type="dxa"/>
              <w:start w:w="80" w:type="dxa"/>
              <w:bottom w:w="80" w:type="dxa"/>
              <w:end w:w="80" w:type="dxa"/>
            </w:tcMar>
            <w:vAlign w:val="top"/>
          </w:tcPr>
          <w:p>
            <w:r>
              <w:rPr>
                <w:rFonts w:ascii="Aptos" w:hAnsi="Aptos" w:eastAsia="Aptos"/>
                <w:b w:val="0"/>
                <w:i w:val="0"/>
                <w:color w:val="151515"/>
                <w:sz w:val="18"/>
              </w:rPr>
              <w:t>Overall company, domain, product family and public reputation.</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AfriDirect Founding Circle</w:t>
            </w:r>
          </w:p>
        </w:tc>
        <w:tc>
          <w:tcPr>
            <w:tcW w:type="dxa" w:w="3456"/>
            <w:tcMar>
              <w:top w:w="80" w:type="dxa"/>
              <w:start w:w="80" w:type="dxa"/>
              <w:bottom w:w="80" w:type="dxa"/>
              <w:end w:w="80" w:type="dxa"/>
            </w:tcMar>
            <w:vAlign w:val="top"/>
          </w:tcPr>
          <w:p>
            <w:r>
              <w:rPr>
                <w:rFonts w:ascii="Aptos" w:hAnsi="Aptos" w:eastAsia="Aptos"/>
                <w:b w:val="0"/>
                <w:i w:val="0"/>
                <w:color w:val="151515"/>
                <w:sz w:val="18"/>
              </w:rPr>
              <w:t>Elite launch club</w:t>
            </w:r>
          </w:p>
        </w:tc>
        <w:tc>
          <w:tcPr>
            <w:tcW w:type="dxa" w:w="3456"/>
            <w:tcMar>
              <w:top w:w="80" w:type="dxa"/>
              <w:start w:w="80" w:type="dxa"/>
              <w:bottom w:w="80" w:type="dxa"/>
              <w:end w:w="80" w:type="dxa"/>
            </w:tcMar>
            <w:vAlign w:val="top"/>
          </w:tcPr>
          <w:p>
            <w:r>
              <w:rPr>
                <w:rFonts w:ascii="Aptos" w:hAnsi="Aptos" w:eastAsia="Aptos"/>
                <w:b w:val="0"/>
                <w:i w:val="0"/>
                <w:color w:val="151515"/>
                <w:sz w:val="18"/>
              </w:rPr>
              <w:t>The first private inner circle for founding leaders and strategic members.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AfriDirect Inner Circle Club</w:t>
            </w:r>
          </w:p>
        </w:tc>
        <w:tc>
          <w:tcPr>
            <w:tcW w:type="dxa" w:w="3456"/>
            <w:tcMar>
              <w:top w:w="80" w:type="dxa"/>
              <w:start w:w="80" w:type="dxa"/>
              <w:bottom w:w="80" w:type="dxa"/>
              <w:end w:w="80" w:type="dxa"/>
            </w:tcMar>
            <w:vAlign w:val="top"/>
          </w:tcPr>
          <w:p>
            <w:r>
              <w:rPr>
                <w:rFonts w:ascii="Aptos" w:hAnsi="Aptos" w:eastAsia="Aptos"/>
                <w:b w:val="0"/>
                <w:i w:val="0"/>
                <w:color w:val="151515"/>
                <w:sz w:val="18"/>
              </w:rPr>
              <w:t>Permanent elite club</w:t>
            </w:r>
          </w:p>
        </w:tc>
        <w:tc>
          <w:tcPr>
            <w:tcW w:type="dxa" w:w="3456"/>
            <w:tcMar>
              <w:top w:w="80" w:type="dxa"/>
              <w:start w:w="80" w:type="dxa"/>
              <w:bottom w:w="80" w:type="dxa"/>
              <w:end w:w="80" w:type="dxa"/>
            </w:tcMar>
            <w:vAlign w:val="top"/>
          </w:tcPr>
          <w:p>
            <w:r>
              <w:rPr>
                <w:rFonts w:ascii="Aptos" w:hAnsi="Aptos" w:eastAsia="Aptos"/>
                <w:b w:val="0"/>
                <w:i w:val="0"/>
                <w:color w:val="151515"/>
                <w:sz w:val="18"/>
              </w:rPr>
              <w:t>Ongoing top-tier membership and private deal-access tier.</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AfriDirect Marketplace</w:t>
            </w:r>
          </w:p>
        </w:tc>
        <w:tc>
          <w:tcPr>
            <w:tcW w:type="dxa" w:w="3456"/>
            <w:tcMar>
              <w:top w:w="80" w:type="dxa"/>
              <w:start w:w="80" w:type="dxa"/>
              <w:bottom w:w="80" w:type="dxa"/>
              <w:end w:w="80" w:type="dxa"/>
            </w:tcMar>
            <w:vAlign w:val="top"/>
          </w:tcPr>
          <w:p>
            <w:r>
              <w:rPr>
                <w:rFonts w:ascii="Aptos" w:hAnsi="Aptos" w:eastAsia="Aptos"/>
                <w:b w:val="0"/>
                <w:i w:val="0"/>
                <w:color w:val="151515"/>
                <w:sz w:val="18"/>
              </w:rPr>
              <w:t>Digital platform</w:t>
            </w:r>
          </w:p>
        </w:tc>
        <w:tc>
          <w:tcPr>
            <w:tcW w:type="dxa" w:w="3456"/>
            <w:tcMar>
              <w:top w:w="80" w:type="dxa"/>
              <w:start w:w="80" w:type="dxa"/>
              <w:bottom w:w="80" w:type="dxa"/>
              <w:end w:w="80" w:type="dxa"/>
            </w:tcMar>
            <w:vAlign w:val="top"/>
          </w:tcPr>
          <w:p>
            <w:r>
              <w:rPr>
                <w:rFonts w:ascii="Aptos" w:hAnsi="Aptos" w:eastAsia="Aptos"/>
                <w:b w:val="0"/>
                <w:i w:val="0"/>
                <w:color w:val="151515"/>
                <w:sz w:val="18"/>
              </w:rPr>
              <w:t>Verified electronic marketplace and controlled trade rooms.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AfriDirect DTC / DTI Layer</w:t>
            </w:r>
          </w:p>
        </w:tc>
        <w:tc>
          <w:tcPr>
            <w:tcW w:type="dxa" w:w="3456"/>
            <w:tcMar>
              <w:top w:w="80" w:type="dxa"/>
              <w:start w:w="80" w:type="dxa"/>
              <w:bottom w:w="80" w:type="dxa"/>
              <w:end w:w="80" w:type="dxa"/>
            </w:tcMar>
            <w:vAlign w:val="top"/>
          </w:tcPr>
          <w:p>
            <w:r>
              <w:rPr>
                <w:rFonts w:ascii="Aptos" w:hAnsi="Aptos" w:eastAsia="Aptos"/>
                <w:b w:val="0"/>
                <w:i w:val="0"/>
                <w:color w:val="151515"/>
                <w:sz w:val="18"/>
              </w:rPr>
              <w:t>Verification infrastructure</w:t>
            </w:r>
          </w:p>
        </w:tc>
        <w:tc>
          <w:tcPr>
            <w:tcW w:type="dxa" w:w="3456"/>
            <w:tcMar>
              <w:top w:w="80" w:type="dxa"/>
              <w:start w:w="80" w:type="dxa"/>
              <w:bottom w:w="80" w:type="dxa"/>
              <w:end w:w="80" w:type="dxa"/>
            </w:tcMar>
            <w:vAlign w:val="top"/>
          </w:tcPr>
          <w:p>
            <w:r>
              <w:rPr>
                <w:rFonts w:ascii="Aptos" w:hAnsi="Aptos" w:eastAsia="Aptos"/>
                <w:b w:val="0"/>
                <w:i w:val="0"/>
                <w:color w:val="151515"/>
                <w:sz w:val="18"/>
              </w:rPr>
              <w:t>Trade files, record-keeping, title discipline and transaction-control support.</w:t>
            </w:r>
          </w:p>
        </w:tc>
      </w:tr>
    </w:tbl>
    <w:p>
      <w:pPr>
        <w:spacing w:after="20"/>
      </w:pPr>
    </w:p>
    <w:p>
      <w:r>
        <w:br w:type="page"/>
      </w:r>
    </w:p>
    <w:p>
      <w:pPr>
        <w:pStyle w:val="Heading1"/>
        <w:spacing w:before="120" w:after="160"/>
      </w:pPr>
      <w:r>
        <w:rPr>
          <w:rFonts w:ascii="Georgia" w:hAnsi="Georgia"/>
          <w:b/>
          <w:color w:val="041220"/>
          <w:sz w:val="40"/>
        </w:rPr>
        <w:t>3. Commercial Problem and Market Opportunity</w:t>
      </w:r>
    </w:p>
    <w:p>
      <w:pPr>
        <w:spacing w:after="120"/>
        <w:jc w:val="center"/>
      </w:pPr>
      <w:r>
        <w:drawing>
          <wp:inline xmlns:a="http://schemas.openxmlformats.org/drawingml/2006/main" xmlns:pic="http://schemas.openxmlformats.org/drawingml/2006/picture">
            <wp:extent cx="6126480" cy="3447977"/>
            <wp:docPr id="3" name="Picture 3"/>
            <wp:cNvGraphicFramePr>
              <a:graphicFrameLocks noChangeAspect="1"/>
            </wp:cNvGraphicFramePr>
            <a:graphic>
              <a:graphicData uri="http://schemas.openxmlformats.org/drawingml/2006/picture">
                <pic:pic>
                  <pic:nvPicPr>
                    <pic:cNvPr id="0" name="a_wide_cinematic_composite_illustration_concept.png"/>
                    <pic:cNvPicPr/>
                  </pic:nvPicPr>
                  <pic:blipFill>
                    <a:blip r:embed="rId12"/>
                    <a:stretch>
                      <a:fillRect/>
                    </a:stretch>
                  </pic:blipFill>
                  <pic:spPr>
                    <a:xfrm>
                      <a:off x="0" y="0"/>
                      <a:ext cx="6126480" cy="3447977"/>
                    </a:xfrm>
                    <a:prstGeom prst="rect"/>
                  </pic:spPr>
                </pic:pic>
              </a:graphicData>
            </a:graphic>
          </wp:inline>
        </w:drawing>
      </w:r>
    </w:p>
    <w:p>
      <w:pPr>
        <w:spacing w:after="160"/>
        <w:jc w:val="center"/>
      </w:pPr>
      <w:r>
        <w:rPr>
          <w:rFonts w:ascii="Aptos" w:hAnsi="Aptos" w:eastAsia="Aptos"/>
          <w:b w:val="0"/>
          <w:i/>
          <w:color w:val="6E746F"/>
          <w:sz w:val="17"/>
        </w:rPr>
        <w:t>AfriDirect targets real corridors of production, logistics, finance and demand rather than shallow brokerage chains.</w:t>
      </w:r>
    </w:p>
    <w:p>
      <w:pPr>
        <w:pStyle w:val="Heading2"/>
        <w:spacing w:before="100" w:after="80"/>
      </w:pPr>
      <w:r>
        <w:rPr>
          <w:rFonts w:ascii="Georgia" w:hAnsi="Georgia"/>
          <w:b/>
          <w:color w:val="0B2A22"/>
          <w:sz w:val="30"/>
        </w:rPr>
        <w:t>The problem AfriDirect solves</w:t>
      </w:r>
    </w:p>
    <w:p>
      <w:pPr>
        <w:spacing w:after="120" w:line="259" w:lineRule="auto"/>
      </w:pPr>
      <w:r>
        <w:rPr>
          <w:rFonts w:ascii="Aptos" w:hAnsi="Aptos" w:eastAsia="Aptos"/>
          <w:b w:val="0"/>
          <w:i w:val="0"/>
          <w:color w:val="151515"/>
          <w:sz w:val="21"/>
        </w:rPr>
        <w:t>High-value trade often fails before it reaches execution because too many parties claim control without real product, real buyer capacity, clear title, verified mandate or proper documentation. This creates margin leakage, mistrust, slow decision-making and failed transactions. It also punishes serious operators who have real supply, real demand or real market access but lack a controlled environment to find equally serious counterparties.</w:t>
      </w:r>
    </w:p>
    <w:tbl>
      <w:tblPr>
        <w:tblStyle w:val="TableGrid"/>
        <w:tblW w:type="auto" w:w="0"/>
        <w:jc w:val="center"/>
        <w:tblLook w:firstColumn="1" w:firstRow="1" w:lastColumn="0" w:lastRow="0" w:noHBand="0" w:noVBand="1" w:val="04A0"/>
      </w:tblPr>
      <w:tblGrid>
        <w:gridCol w:w="3456"/>
        <w:gridCol w:w="3456"/>
        <w:gridCol w:w="3456"/>
      </w:tblGrid>
      <w:tr>
        <w:trPr>
          <w:tblHeader w:val="true"/>
        </w:trPr>
        <w:tc>
          <w:tcPr>
            <w:tcW w:type="dxa" w:w="3456"/>
            <w:shd w:fill="041220"/>
            <w:tcMar>
              <w:top w:w="80" w:type="dxa"/>
              <w:start w:w="80" w:type="dxa"/>
              <w:bottom w:w="80" w:type="dxa"/>
              <w:end w:w="80" w:type="dxa"/>
            </w:tcMar>
            <w:vAlign w:val="center"/>
          </w:tcPr>
          <w:p>
            <w:r>
              <w:rPr>
                <w:rFonts w:ascii="Aptos" w:hAnsi="Aptos" w:eastAsia="Aptos"/>
                <w:b/>
                <w:i w:val="0"/>
                <w:color w:val="FAF8F2"/>
                <w:sz w:val="18"/>
              </w:rPr>
              <w:t>Problem</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Commercial Effect</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AfriDirect Response</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Daisy-chain mandates</w:t>
            </w:r>
          </w:p>
        </w:tc>
        <w:tc>
          <w:tcPr>
            <w:tcW w:type="dxa" w:w="3456"/>
            <w:tcMar>
              <w:top w:w="80" w:type="dxa"/>
              <w:start w:w="80" w:type="dxa"/>
              <w:bottom w:w="80" w:type="dxa"/>
              <w:end w:w="80" w:type="dxa"/>
            </w:tcMar>
            <w:vAlign w:val="top"/>
          </w:tcPr>
          <w:p>
            <w:r>
              <w:rPr>
                <w:rFonts w:ascii="Aptos" w:hAnsi="Aptos" w:eastAsia="Aptos"/>
                <w:b w:val="0"/>
                <w:i w:val="0"/>
                <w:color w:val="151515"/>
                <w:sz w:val="18"/>
              </w:rPr>
              <w:t>Margin is extracted by parties that add little or no operational value.</w:t>
            </w:r>
          </w:p>
        </w:tc>
        <w:tc>
          <w:tcPr>
            <w:tcW w:type="dxa" w:w="3456"/>
            <w:tcMar>
              <w:top w:w="80" w:type="dxa"/>
              <w:start w:w="80" w:type="dxa"/>
              <w:bottom w:w="80" w:type="dxa"/>
              <w:end w:w="80" w:type="dxa"/>
            </w:tcMar>
            <w:vAlign w:val="top"/>
          </w:tcPr>
          <w:p>
            <w:r>
              <w:rPr>
                <w:rFonts w:ascii="Aptos" w:hAnsi="Aptos" w:eastAsia="Aptos"/>
                <w:b w:val="0"/>
                <w:i w:val="0"/>
                <w:color w:val="151515"/>
                <w:sz w:val="18"/>
              </w:rPr>
              <w:t>Member-only access, verified mandates and direct counterparty channels.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Weak verification</w:t>
            </w:r>
          </w:p>
        </w:tc>
        <w:tc>
          <w:tcPr>
            <w:tcW w:type="dxa" w:w="3456"/>
            <w:tcMar>
              <w:top w:w="80" w:type="dxa"/>
              <w:start w:w="80" w:type="dxa"/>
              <w:bottom w:w="80" w:type="dxa"/>
              <w:end w:w="80" w:type="dxa"/>
            </w:tcMar>
            <w:vAlign w:val="top"/>
          </w:tcPr>
          <w:p>
            <w:r>
              <w:rPr>
                <w:rFonts w:ascii="Aptos" w:hAnsi="Aptos" w:eastAsia="Aptos"/>
                <w:b w:val="0"/>
                <w:i w:val="0"/>
                <w:color w:val="151515"/>
                <w:sz w:val="18"/>
              </w:rPr>
              <w:t>Time is wasted on unqualified buyers, sellers and brokers.</w:t>
            </w:r>
          </w:p>
        </w:tc>
        <w:tc>
          <w:tcPr>
            <w:tcW w:type="dxa" w:w="3456"/>
            <w:tcMar>
              <w:top w:w="80" w:type="dxa"/>
              <w:start w:w="80" w:type="dxa"/>
              <w:bottom w:w="80" w:type="dxa"/>
              <w:end w:w="80" w:type="dxa"/>
            </w:tcMar>
            <w:vAlign w:val="top"/>
          </w:tcPr>
          <w:p>
            <w:r>
              <w:rPr>
                <w:rFonts w:ascii="Aptos" w:hAnsi="Aptos" w:eastAsia="Aptos"/>
                <w:b w:val="0"/>
                <w:i w:val="0"/>
                <w:color w:val="151515"/>
                <w:sz w:val="18"/>
              </w:rPr>
              <w:t>Membership admission, KYB-style review and trade-file discipline.</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Document confusion</w:t>
            </w:r>
          </w:p>
        </w:tc>
        <w:tc>
          <w:tcPr>
            <w:tcW w:type="dxa" w:w="3456"/>
            <w:tcMar>
              <w:top w:w="80" w:type="dxa"/>
              <w:start w:w="80" w:type="dxa"/>
              <w:bottom w:w="80" w:type="dxa"/>
              <w:end w:w="80" w:type="dxa"/>
            </w:tcMar>
            <w:vAlign w:val="top"/>
          </w:tcPr>
          <w:p>
            <w:r>
              <w:rPr>
                <w:rFonts w:ascii="Aptos" w:hAnsi="Aptos" w:eastAsia="Aptos"/>
                <w:b w:val="0"/>
                <w:i w:val="0"/>
                <w:color w:val="151515"/>
                <w:sz w:val="18"/>
              </w:rPr>
              <w:t>Offers, invoices, inspection records and title documents become fragmented.</w:t>
            </w:r>
          </w:p>
        </w:tc>
        <w:tc>
          <w:tcPr>
            <w:tcW w:type="dxa" w:w="3456"/>
            <w:tcMar>
              <w:top w:w="80" w:type="dxa"/>
              <w:start w:w="80" w:type="dxa"/>
              <w:bottom w:w="80" w:type="dxa"/>
              <w:end w:w="80" w:type="dxa"/>
            </w:tcMar>
            <w:vAlign w:val="top"/>
          </w:tcPr>
          <w:p>
            <w:r>
              <w:rPr>
                <w:rFonts w:ascii="Aptos" w:hAnsi="Aptos" w:eastAsia="Aptos"/>
                <w:b w:val="0"/>
                <w:i w:val="0"/>
                <w:color w:val="151515"/>
                <w:sz w:val="18"/>
              </w:rPr>
              <w:t>DTC trade record and DTI title-control workflow support.</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Low-trust introductions</w:t>
            </w:r>
          </w:p>
        </w:tc>
        <w:tc>
          <w:tcPr>
            <w:tcW w:type="dxa" w:w="3456"/>
            <w:tcMar>
              <w:top w:w="80" w:type="dxa"/>
              <w:start w:w="80" w:type="dxa"/>
              <w:bottom w:w="80" w:type="dxa"/>
              <w:end w:w="80" w:type="dxa"/>
            </w:tcMar>
            <w:vAlign w:val="top"/>
          </w:tcPr>
          <w:p>
            <w:r>
              <w:rPr>
                <w:rFonts w:ascii="Aptos" w:hAnsi="Aptos" w:eastAsia="Aptos"/>
                <w:b w:val="0"/>
                <w:i w:val="0"/>
                <w:color w:val="151515"/>
                <w:sz w:val="18"/>
              </w:rPr>
              <w:t>Serious leaders avoid open platforms because they are noisy and risky.</w:t>
            </w:r>
          </w:p>
        </w:tc>
        <w:tc>
          <w:tcPr>
            <w:tcW w:type="dxa" w:w="3456"/>
            <w:tcMar>
              <w:top w:w="80" w:type="dxa"/>
              <w:start w:w="80" w:type="dxa"/>
              <w:bottom w:w="80" w:type="dxa"/>
              <w:end w:w="80" w:type="dxa"/>
            </w:tcMar>
            <w:vAlign w:val="top"/>
          </w:tcPr>
          <w:p>
            <w:r>
              <w:rPr>
                <w:rFonts w:ascii="Aptos" w:hAnsi="Aptos" w:eastAsia="Aptos"/>
                <w:b w:val="0"/>
                <w:i w:val="0"/>
                <w:color w:val="151515"/>
                <w:sz w:val="18"/>
              </w:rPr>
              <w:t>Elite inner circle, confidentiality standards and governed deal rooms.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Fragmented African market access</w:t>
            </w:r>
          </w:p>
        </w:tc>
        <w:tc>
          <w:tcPr>
            <w:tcW w:type="dxa" w:w="3456"/>
            <w:tcMar>
              <w:top w:w="80" w:type="dxa"/>
              <w:start w:w="80" w:type="dxa"/>
              <w:bottom w:w="80" w:type="dxa"/>
              <w:end w:w="80" w:type="dxa"/>
            </w:tcMar>
            <w:vAlign w:val="top"/>
          </w:tcPr>
          <w:p>
            <w:r>
              <w:rPr>
                <w:rFonts w:ascii="Aptos" w:hAnsi="Aptos" w:eastAsia="Aptos"/>
                <w:b w:val="0"/>
                <w:i w:val="0"/>
                <w:color w:val="151515"/>
                <w:sz w:val="18"/>
              </w:rPr>
              <w:t>Global players struggle to identify credible local operators and vice versa.</w:t>
            </w:r>
          </w:p>
        </w:tc>
        <w:tc>
          <w:tcPr>
            <w:tcW w:type="dxa" w:w="3456"/>
            <w:tcMar>
              <w:top w:w="80" w:type="dxa"/>
              <w:start w:w="80" w:type="dxa"/>
              <w:bottom w:w="80" w:type="dxa"/>
              <w:end w:w="80" w:type="dxa"/>
            </w:tcMar>
            <w:vAlign w:val="top"/>
          </w:tcPr>
          <w:p>
            <w:r>
              <w:rPr>
                <w:rFonts w:ascii="Aptos" w:hAnsi="Aptos" w:eastAsia="Aptos"/>
                <w:b w:val="0"/>
                <w:i w:val="0"/>
                <w:color w:val="151515"/>
                <w:sz w:val="18"/>
              </w:rPr>
              <w:t>Country circles, sector tables and regional corridor leadership.</w:t>
            </w:r>
          </w:p>
        </w:tc>
      </w:tr>
    </w:tbl>
    <w:p>
      <w:pPr>
        <w:spacing w:after="20"/>
      </w:pPr>
    </w:p>
    <w:p>
      <w:pPr>
        <w:pStyle w:val="Heading2"/>
        <w:spacing w:before="100" w:after="80"/>
      </w:pPr>
      <w:r>
        <w:rPr>
          <w:rFonts w:ascii="Georgia" w:hAnsi="Georgia"/>
          <w:b/>
          <w:color w:val="0B2A22"/>
          <w:sz w:val="30"/>
        </w:rPr>
        <w:t>The opportunity</w:t>
      </w:r>
    </w:p>
    <w:p>
      <w:pPr>
        <w:spacing w:after="120" w:line="259" w:lineRule="auto"/>
      </w:pPr>
      <w:r>
        <w:rPr>
          <w:rFonts w:ascii="Aptos" w:hAnsi="Aptos" w:eastAsia="Aptos"/>
          <w:b w:val="0"/>
          <w:i w:val="0"/>
          <w:color w:val="151515"/>
          <w:sz w:val="21"/>
        </w:rPr>
        <w:t>Africa’s trade potential is not only a demand story; it is a coordination story. AfriDirect can create value by organizing credible market leaders, verified trade files, direct relationships and structured corridors. This aligns with a practical economic principle: trade becomes more productive when specialization, trust and market access reduce unnecessary friction.</w:t>
      </w:r>
    </w:p>
    <w:p>
      <w:pPr>
        <w:pStyle w:val="Heading1"/>
        <w:spacing w:before="120" w:after="160"/>
      </w:pPr>
      <w:r>
        <w:rPr>
          <w:rFonts w:ascii="Georgia" w:hAnsi="Georgia"/>
          <w:b/>
          <w:color w:val="041220"/>
          <w:sz w:val="40"/>
        </w:rPr>
        <w:t>4. AfriDirect Founding Members Elite Inner Circle Club</w:t>
      </w:r>
    </w:p>
    <w:p>
      <w:pPr>
        <w:spacing w:after="120"/>
        <w:jc w:val="center"/>
      </w:pPr>
      <w:r>
        <w:drawing>
          <wp:inline xmlns:a="http://schemas.openxmlformats.org/drawingml/2006/main" xmlns:pic="http://schemas.openxmlformats.org/drawingml/2006/picture">
            <wp:extent cx="3657600" cy="3218688"/>
            <wp:docPr id="4" name="Picture 4"/>
            <wp:cNvGraphicFramePr>
              <a:graphicFrameLocks noChangeAspect="1"/>
            </wp:cNvGraphicFramePr>
            <a:graphic>
              <a:graphicData uri="http://schemas.openxmlformats.org/drawingml/2006/picture">
                <pic:pic>
                  <pic:nvPicPr>
                    <pic:cNvPr id="0" name="afridirect_innercircle_emblem_crop.png"/>
                    <pic:cNvPicPr/>
                  </pic:nvPicPr>
                  <pic:blipFill>
                    <a:blip r:embed="rId13"/>
                    <a:stretch>
                      <a:fillRect/>
                    </a:stretch>
                  </pic:blipFill>
                  <pic:spPr>
                    <a:xfrm>
                      <a:off x="0" y="0"/>
                      <a:ext cx="3657600" cy="3218688"/>
                    </a:xfrm>
                    <a:prstGeom prst="rect"/>
                  </pic:spPr>
                </pic:pic>
              </a:graphicData>
            </a:graphic>
          </wp:inline>
        </w:drawing>
      </w:r>
    </w:p>
    <w:p>
      <w:pPr>
        <w:pStyle w:val="Heading2"/>
        <w:spacing w:before="100" w:after="80"/>
      </w:pPr>
      <w:r>
        <w:rPr>
          <w:rFonts w:ascii="Georgia" w:hAnsi="Georgia"/>
          <w:b/>
          <w:color w:val="0B2A22"/>
          <w:sz w:val="30"/>
        </w:rPr>
        <w:t>Club definition</w:t>
      </w:r>
    </w:p>
    <w:p>
      <w:pPr>
        <w:spacing w:after="120" w:line="259" w:lineRule="auto"/>
      </w:pPr>
      <w:r>
        <w:rPr>
          <w:rFonts w:ascii="Aptos" w:hAnsi="Aptos" w:eastAsia="Aptos"/>
          <w:b w:val="0"/>
          <w:i w:val="0"/>
          <w:color w:val="151515"/>
          <w:sz w:val="21"/>
        </w:rPr>
        <w:t>The AfriDirect Founding Members Elite Inner Circle Club is the launch vehicle for the brand. It should be limited, selective and invitation-led. Each priority country or region should admit only a small number of proven market leaders in the initial phase. The objective is to create a trusted nucleus of trade capability before expanding into supporting services and later platform growth.</w:t>
      </w:r>
    </w:p>
    <w:tbl>
      <w:tblPr>
        <w:tblW w:type="auto" w:w="0"/>
        <w:jc w:val="center"/>
        <w:tblLayout w:type="autofit"/>
        <w:tblLook w:firstColumn="1" w:firstRow="1" w:lastColumn="0" w:lastRow="0" w:noHBand="0" w:noVBand="1" w:val="04A0"/>
      </w:tblPr>
      <w:tblGrid>
        <w:gridCol w:w="10368"/>
      </w:tblGrid>
      <w:tr>
        <w:tc>
          <w:tcPr>
            <w:tcW w:type="dxa" w:w="10368"/>
            <w:shd w:fill="041220"/>
            <w:tcBorders>
              <w:top w:val="single" w:sz="8" w:space="0" w:color="C9A14A"/>
              <w:left w:val="single" w:sz="8" w:space="0" w:color="C9A14A"/>
              <w:bottom w:val="single" w:sz="8" w:space="0" w:color="C9A14A"/>
              <w:right w:val="single" w:sz="8" w:space="0" w:color="C9A14A"/>
            </w:tcBorders>
            <w:tcMar>
              <w:top w:w="160" w:type="dxa"/>
              <w:start w:w="160" w:type="dxa"/>
              <w:bottom w:w="160" w:type="dxa"/>
              <w:end w:w="160" w:type="dxa"/>
            </w:tcMar>
          </w:tcPr>
          <w:p>
            <w:r>
              <w:rPr>
                <w:rFonts w:ascii="Aptos" w:hAnsi="Aptos" w:eastAsia="Aptos"/>
                <w:b/>
                <w:i w:val="0"/>
                <w:color w:val="E2C16D"/>
                <w:sz w:val="20"/>
              </w:rPr>
              <w:t>FOUNDING CLUB PURPOSE</w:t>
            </w:r>
          </w:p>
          <w:p>
            <w:r>
              <w:rPr>
                <w:rFonts w:ascii="Aptos" w:hAnsi="Aptos" w:eastAsia="Aptos"/>
                <w:b w:val="0"/>
                <w:i w:val="0"/>
                <w:color w:val="FAF8F2"/>
                <w:sz w:val="22"/>
              </w:rPr>
              <w:t>To assemble the first trusted circle of leaders capable of originating, verifying, supporting and executing direct trade corridors with integrity.</w:t>
            </w:r>
          </w:p>
        </w:tc>
      </w:tr>
    </w:tbl>
    <w:p>
      <w:pPr>
        <w:spacing w:after="40"/>
      </w:pPr>
    </w:p>
    <w:p>
      <w:pPr>
        <w:pStyle w:val="Heading2"/>
        <w:spacing w:before="100" w:after="80"/>
      </w:pPr>
      <w:r>
        <w:rPr>
          <w:rFonts w:ascii="Georgia" w:hAnsi="Georgia"/>
          <w:b/>
          <w:color w:val="0B2A22"/>
          <w:sz w:val="30"/>
        </w:rPr>
        <w:t>What makes the club elite</w:t>
      </w:r>
    </w:p>
    <w:tbl>
      <w:tblPr>
        <w:tblStyle w:val="TableGrid"/>
        <w:tblW w:type="auto" w:w="0"/>
        <w:jc w:val="center"/>
        <w:tblLook w:firstColumn="1" w:firstRow="1" w:lastColumn="0" w:lastRow="0" w:noHBand="0" w:noVBand="1" w:val="04A0"/>
      </w:tblPr>
      <w:tblGrid>
        <w:gridCol w:w="5184"/>
        <w:gridCol w:w="5184"/>
      </w:tblGrid>
      <w:tr>
        <w:trPr>
          <w:tblHeader w:val="true"/>
        </w:trPr>
        <w:tc>
          <w:tcPr>
            <w:tcW w:type="dxa" w:w="5184"/>
            <w:shd w:fill="041220"/>
            <w:tcMar>
              <w:top w:w="80" w:type="dxa"/>
              <w:start w:w="80" w:type="dxa"/>
              <w:bottom w:w="80" w:type="dxa"/>
              <w:end w:w="80" w:type="dxa"/>
            </w:tcMar>
            <w:vAlign w:val="center"/>
          </w:tcPr>
          <w:p>
            <w:r>
              <w:rPr>
                <w:rFonts w:ascii="Aptos" w:hAnsi="Aptos" w:eastAsia="Aptos"/>
                <w:b/>
                <w:i w:val="0"/>
                <w:color w:val="FAF8F2"/>
                <w:sz w:val="18"/>
              </w:rPr>
              <w:t>Elite Feature</w:t>
            </w:r>
          </w:p>
        </w:tc>
        <w:tc>
          <w:tcPr>
            <w:tcW w:type="dxa" w:w="5184"/>
            <w:shd w:fill="041220"/>
            <w:tcMar>
              <w:top w:w="80" w:type="dxa"/>
              <w:start w:w="80" w:type="dxa"/>
              <w:bottom w:w="80" w:type="dxa"/>
              <w:end w:w="80" w:type="dxa"/>
            </w:tcMar>
            <w:vAlign w:val="center"/>
          </w:tcPr>
          <w:p>
            <w:r>
              <w:rPr>
                <w:rFonts w:ascii="Aptos" w:hAnsi="Aptos" w:eastAsia="Aptos"/>
                <w:b/>
                <w:i w:val="0"/>
                <w:color w:val="FAF8F2"/>
                <w:sz w:val="18"/>
              </w:rPr>
              <w:t>Operating Meaning</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Scarcity</w:t>
            </w:r>
          </w:p>
        </w:tc>
        <w:tc>
          <w:tcPr>
            <w:tcW w:type="dxa" w:w="5184"/>
            <w:tcMar>
              <w:top w:w="80" w:type="dxa"/>
              <w:start w:w="80" w:type="dxa"/>
              <w:bottom w:w="80" w:type="dxa"/>
              <w:end w:w="80" w:type="dxa"/>
            </w:tcMar>
            <w:vAlign w:val="top"/>
          </w:tcPr>
          <w:p>
            <w:r>
              <w:rPr>
                <w:rFonts w:ascii="Aptos" w:hAnsi="Aptos" w:eastAsia="Aptos"/>
                <w:b w:val="0"/>
                <w:i w:val="0"/>
                <w:color w:val="151515"/>
                <w:sz w:val="18"/>
              </w:rPr>
              <w:t>Initial membership is limited by country, region and sector so the club maintains authority and quality.</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Proof of capacity</w:t>
            </w:r>
          </w:p>
        </w:tc>
        <w:tc>
          <w:tcPr>
            <w:tcW w:type="dxa" w:w="5184"/>
            <w:tcMar>
              <w:top w:w="80" w:type="dxa"/>
              <w:start w:w="80" w:type="dxa"/>
              <w:bottom w:w="80" w:type="dxa"/>
              <w:end w:w="80" w:type="dxa"/>
            </w:tcMar>
            <w:vAlign w:val="top"/>
          </w:tcPr>
          <w:p>
            <w:r>
              <w:rPr>
                <w:rFonts w:ascii="Aptos" w:hAnsi="Aptos" w:eastAsia="Aptos"/>
                <w:b w:val="0"/>
                <w:i w:val="0"/>
                <w:color w:val="151515"/>
                <w:sz w:val="18"/>
              </w:rPr>
              <w:t>Members must demonstrate business history, references, trade capacity, assets, supply, demand or strategic market access.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Confidential access</w:t>
            </w:r>
          </w:p>
        </w:tc>
        <w:tc>
          <w:tcPr>
            <w:tcW w:type="dxa" w:w="5184"/>
            <w:tcMar>
              <w:top w:w="80" w:type="dxa"/>
              <w:start w:w="80" w:type="dxa"/>
              <w:bottom w:w="80" w:type="dxa"/>
              <w:end w:w="80" w:type="dxa"/>
            </w:tcMar>
            <w:vAlign w:val="top"/>
          </w:tcPr>
          <w:p>
            <w:r>
              <w:rPr>
                <w:rFonts w:ascii="Aptos" w:hAnsi="Aptos" w:eastAsia="Aptos"/>
                <w:b w:val="0"/>
                <w:i w:val="0"/>
                <w:color w:val="151515"/>
                <w:sz w:val="18"/>
              </w:rPr>
              <w:t>Members gain private introductions and controlled deal rooms rather than public posting and open solicitation.</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Trade discipline</w:t>
            </w:r>
          </w:p>
        </w:tc>
        <w:tc>
          <w:tcPr>
            <w:tcW w:type="dxa" w:w="5184"/>
            <w:tcMar>
              <w:top w:w="80" w:type="dxa"/>
              <w:start w:w="80" w:type="dxa"/>
              <w:bottom w:w="80" w:type="dxa"/>
              <w:end w:w="80" w:type="dxa"/>
            </w:tcMar>
            <w:vAlign w:val="top"/>
          </w:tcPr>
          <w:p>
            <w:r>
              <w:rPr>
                <w:rFonts w:ascii="Aptos" w:hAnsi="Aptos" w:eastAsia="Aptos"/>
                <w:b w:val="0"/>
                <w:i w:val="0"/>
                <w:color w:val="151515"/>
                <w:sz w:val="18"/>
              </w:rPr>
              <w:t>Members agree to operate with verified documentation, clear mandates and proper transaction etiquette.</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Leadership role</w:t>
            </w:r>
          </w:p>
        </w:tc>
        <w:tc>
          <w:tcPr>
            <w:tcW w:type="dxa" w:w="5184"/>
            <w:tcMar>
              <w:top w:w="80" w:type="dxa"/>
              <w:start w:w="80" w:type="dxa"/>
              <w:bottom w:w="80" w:type="dxa"/>
              <w:end w:w="80" w:type="dxa"/>
            </w:tcMar>
            <w:vAlign w:val="top"/>
          </w:tcPr>
          <w:p>
            <w:r>
              <w:rPr>
                <w:rFonts w:ascii="Aptos" w:hAnsi="Aptos" w:eastAsia="Aptos"/>
                <w:b w:val="0"/>
                <w:i w:val="0"/>
                <w:color w:val="151515"/>
                <w:sz w:val="18"/>
              </w:rPr>
              <w:t>Founding members help shape standards, corridors, sector priorities and market-entry strategy.</w:t>
            </w:r>
          </w:p>
        </w:tc>
      </w:tr>
    </w:tbl>
    <w:p>
      <w:pPr>
        <w:spacing w:after="20"/>
      </w:pPr>
    </w:p>
    <w:p>
      <w:pPr>
        <w:pStyle w:val="Heading1"/>
        <w:spacing w:before="120" w:after="160"/>
      </w:pPr>
      <w:r>
        <w:rPr>
          <w:rFonts w:ascii="Georgia" w:hAnsi="Georgia"/>
          <w:b/>
          <w:color w:val="041220"/>
          <w:sz w:val="40"/>
        </w:rPr>
        <w:t>5. Membership Standards, Admission and Privileges</w:t>
      </w:r>
    </w:p>
    <w:p>
      <w:pPr>
        <w:spacing w:after="120"/>
        <w:jc w:val="center"/>
      </w:pPr>
      <w:r>
        <w:drawing>
          <wp:inline xmlns:a="http://schemas.openxmlformats.org/drawingml/2006/main" xmlns:pic="http://schemas.openxmlformats.org/drawingml/2006/picture">
            <wp:extent cx="6126480" cy="3447977"/>
            <wp:docPr id="5" name="Picture 5"/>
            <wp:cNvGraphicFramePr>
              <a:graphicFrameLocks noChangeAspect="1"/>
            </wp:cNvGraphicFramePr>
            <a:graphic>
              <a:graphicData uri="http://schemas.openxmlformats.org/drawingml/2006/picture">
                <pic:pic>
                  <pic:nvPicPr>
                    <pic:cNvPr id="0" name="a_highly_detailed_cinematic_interior_of_a_luxurio.png"/>
                    <pic:cNvPicPr/>
                  </pic:nvPicPr>
                  <pic:blipFill>
                    <a:blip r:embed="rId14"/>
                    <a:stretch>
                      <a:fillRect/>
                    </a:stretch>
                  </pic:blipFill>
                  <pic:spPr>
                    <a:xfrm>
                      <a:off x="0" y="0"/>
                      <a:ext cx="6126480" cy="3447977"/>
                    </a:xfrm>
                    <a:prstGeom prst="rect"/>
                  </pic:spPr>
                </pic:pic>
              </a:graphicData>
            </a:graphic>
          </wp:inline>
        </w:drawing>
      </w:r>
    </w:p>
    <w:p>
      <w:pPr>
        <w:spacing w:after="160"/>
        <w:jc w:val="center"/>
      </w:pPr>
      <w:r>
        <w:rPr>
          <w:rFonts w:ascii="Aptos" w:hAnsi="Aptos" w:eastAsia="Aptos"/>
          <w:b w:val="0"/>
          <w:i/>
          <w:color w:val="6E746F"/>
          <w:sz w:val="17"/>
        </w:rPr>
        <w:t>The founding club should feel like a private trade boardroom, not an open online marketplace.</w:t>
      </w:r>
    </w:p>
    <w:p>
      <w:pPr>
        <w:pStyle w:val="Heading2"/>
        <w:spacing w:before="100" w:after="80"/>
      </w:pPr>
      <w:r>
        <w:rPr>
          <w:rFonts w:ascii="Georgia" w:hAnsi="Georgia"/>
          <w:b/>
          <w:color w:val="0B2A22"/>
          <w:sz w:val="30"/>
        </w:rPr>
        <w:t>Ideal founding member profile</w:t>
      </w:r>
    </w:p>
    <w:p>
      <w:pPr>
        <w:pStyle w:val="ListBullet"/>
        <w:spacing w:after="60"/>
      </w:pPr>
      <w:r>
        <w:rPr>
          <w:rFonts w:ascii="Aptos" w:hAnsi="Aptos" w:eastAsia="Aptos"/>
          <w:b w:val="0"/>
          <w:i w:val="0"/>
          <w:color w:val="151515"/>
          <w:sz w:val="21"/>
        </w:rPr>
        <w:t>Established business leader, market operator, trader, exporter, importer, producer, processor or capital partner with verified operating history.</w:t>
      </w:r>
    </w:p>
    <w:p>
      <w:pPr>
        <w:pStyle w:val="ListBullet"/>
        <w:spacing w:after="60"/>
      </w:pPr>
      <w:r>
        <w:rPr>
          <w:rFonts w:ascii="Aptos" w:hAnsi="Aptos" w:eastAsia="Aptos"/>
          <w:b w:val="0"/>
          <w:i w:val="0"/>
          <w:color w:val="151515"/>
          <w:sz w:val="21"/>
        </w:rPr>
        <w:t>Recognized within a country, region, sector or commodity corridor as a person or company capable of creating real trade outcomes.</w:t>
      </w:r>
    </w:p>
    <w:p>
      <w:pPr>
        <w:pStyle w:val="ListBullet"/>
        <w:spacing w:after="60"/>
      </w:pPr>
      <w:r>
        <w:rPr>
          <w:rFonts w:ascii="Aptos" w:hAnsi="Aptos" w:eastAsia="Aptos"/>
          <w:b w:val="0"/>
          <w:i w:val="0"/>
          <w:color w:val="151515"/>
          <w:sz w:val="21"/>
        </w:rPr>
        <w:t>Prepared to commit to direct trade principles, verification discipline, confidentiality and ethical commercial conduct.</w:t>
      </w:r>
    </w:p>
    <w:p>
      <w:pPr>
        <w:pStyle w:val="ListBullet"/>
        <w:spacing w:after="60"/>
      </w:pPr>
      <w:r>
        <w:rPr>
          <w:rFonts w:ascii="Aptos" w:hAnsi="Aptos" w:eastAsia="Aptos"/>
          <w:b w:val="0"/>
          <w:i w:val="0"/>
          <w:color w:val="151515"/>
          <w:sz w:val="21"/>
        </w:rPr>
        <w:t>Able to introduce high-quality opportunities, counterparties, market intelligence, sector expertise or transaction capacity.</w:t>
      </w:r>
    </w:p>
    <w:p>
      <w:pPr>
        <w:pStyle w:val="Heading2"/>
        <w:spacing w:before="100" w:after="80"/>
      </w:pPr>
      <w:r>
        <w:rPr>
          <w:rFonts w:ascii="Georgia" w:hAnsi="Georgia"/>
          <w:b/>
          <w:color w:val="0B2A22"/>
          <w:sz w:val="30"/>
        </w:rPr>
        <w:t>Admission pathway</w:t>
      </w:r>
    </w:p>
    <w:tbl>
      <w:tblPr>
        <w:tblStyle w:val="TableGrid"/>
        <w:tblW w:type="auto" w:w="0"/>
        <w:jc w:val="center"/>
        <w:tblLook w:firstColumn="1" w:firstRow="1" w:lastColumn="0" w:lastRow="0" w:noHBand="0" w:noVBand="1" w:val="04A0"/>
      </w:tblPr>
      <w:tblGrid>
        <w:gridCol w:w="3456"/>
        <w:gridCol w:w="3456"/>
        <w:gridCol w:w="3456"/>
      </w:tblGrid>
      <w:tr>
        <w:trPr>
          <w:tblHeader w:val="true"/>
        </w:trPr>
        <w:tc>
          <w:tcPr>
            <w:tcW w:type="dxa" w:w="3456"/>
            <w:shd w:fill="041220"/>
            <w:tcMar>
              <w:top w:w="80" w:type="dxa"/>
              <w:start w:w="80" w:type="dxa"/>
              <w:bottom w:w="80" w:type="dxa"/>
              <w:end w:w="80" w:type="dxa"/>
            </w:tcMar>
            <w:vAlign w:val="center"/>
          </w:tcPr>
          <w:p>
            <w:r>
              <w:rPr>
                <w:rFonts w:ascii="Aptos" w:hAnsi="Aptos" w:eastAsia="Aptos"/>
                <w:b/>
                <w:i w:val="0"/>
                <w:color w:val="FAF8F2"/>
                <w:sz w:val="18"/>
              </w:rPr>
              <w:t>Step</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Purpose</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Output</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1. Nomination or application</w:t>
            </w:r>
          </w:p>
        </w:tc>
        <w:tc>
          <w:tcPr>
            <w:tcW w:type="dxa" w:w="3456"/>
            <w:tcMar>
              <w:top w:w="80" w:type="dxa"/>
              <w:start w:w="80" w:type="dxa"/>
              <w:bottom w:w="80" w:type="dxa"/>
              <w:end w:w="80" w:type="dxa"/>
            </w:tcMar>
            <w:vAlign w:val="top"/>
          </w:tcPr>
          <w:p>
            <w:r>
              <w:rPr>
                <w:rFonts w:ascii="Aptos" w:hAnsi="Aptos" w:eastAsia="Aptos"/>
                <w:b w:val="0"/>
                <w:i w:val="0"/>
                <w:color w:val="151515"/>
                <w:sz w:val="18"/>
              </w:rPr>
              <w:t>Identify a high-quality leader or company.</w:t>
            </w:r>
          </w:p>
        </w:tc>
        <w:tc>
          <w:tcPr>
            <w:tcW w:type="dxa" w:w="3456"/>
            <w:tcMar>
              <w:top w:w="80" w:type="dxa"/>
              <w:start w:w="80" w:type="dxa"/>
              <w:bottom w:w="80" w:type="dxa"/>
              <w:end w:w="80" w:type="dxa"/>
            </w:tcMar>
            <w:vAlign w:val="top"/>
          </w:tcPr>
          <w:p>
            <w:r>
              <w:rPr>
                <w:rFonts w:ascii="Aptos" w:hAnsi="Aptos" w:eastAsia="Aptos"/>
                <w:b w:val="0"/>
                <w:i w:val="0"/>
                <w:color w:val="151515"/>
                <w:sz w:val="18"/>
              </w:rPr>
              <w:t>Candidate profile.</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2. Business review</w:t>
            </w:r>
          </w:p>
        </w:tc>
        <w:tc>
          <w:tcPr>
            <w:tcW w:type="dxa" w:w="3456"/>
            <w:tcMar>
              <w:top w:w="80" w:type="dxa"/>
              <w:start w:w="80" w:type="dxa"/>
              <w:bottom w:w="80" w:type="dxa"/>
              <w:end w:w="80" w:type="dxa"/>
            </w:tcMar>
            <w:vAlign w:val="top"/>
          </w:tcPr>
          <w:p>
            <w:r>
              <w:rPr>
                <w:rFonts w:ascii="Aptos" w:hAnsi="Aptos" w:eastAsia="Aptos"/>
                <w:b w:val="0"/>
                <w:i w:val="0"/>
                <w:color w:val="151515"/>
                <w:sz w:val="18"/>
              </w:rPr>
              <w:t>Assess history, market position, references and credibility.</w:t>
            </w:r>
          </w:p>
        </w:tc>
        <w:tc>
          <w:tcPr>
            <w:tcW w:type="dxa" w:w="3456"/>
            <w:tcMar>
              <w:top w:w="80" w:type="dxa"/>
              <w:start w:w="80" w:type="dxa"/>
              <w:bottom w:w="80" w:type="dxa"/>
              <w:end w:w="80" w:type="dxa"/>
            </w:tcMar>
            <w:vAlign w:val="top"/>
          </w:tcPr>
          <w:p>
            <w:r>
              <w:rPr>
                <w:rFonts w:ascii="Aptos" w:hAnsi="Aptos" w:eastAsia="Aptos"/>
                <w:b w:val="0"/>
                <w:i w:val="0"/>
                <w:color w:val="151515"/>
                <w:sz w:val="18"/>
              </w:rPr>
              <w:t>Member suitability summary.</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3. Trade capacity review</w:t>
            </w:r>
          </w:p>
        </w:tc>
        <w:tc>
          <w:tcPr>
            <w:tcW w:type="dxa" w:w="3456"/>
            <w:tcMar>
              <w:top w:w="80" w:type="dxa"/>
              <w:start w:w="80" w:type="dxa"/>
              <w:bottom w:w="80" w:type="dxa"/>
              <w:end w:w="80" w:type="dxa"/>
            </w:tcMar>
            <w:vAlign w:val="top"/>
          </w:tcPr>
          <w:p>
            <w:r>
              <w:rPr>
                <w:rFonts w:ascii="Aptos" w:hAnsi="Aptos" w:eastAsia="Aptos"/>
                <w:b w:val="0"/>
                <w:i w:val="0"/>
                <w:color w:val="151515"/>
                <w:sz w:val="18"/>
              </w:rPr>
              <w:t>Confirm supply, demand, assets, capital access, corridor access or strategic capability.</w:t>
            </w:r>
          </w:p>
        </w:tc>
        <w:tc>
          <w:tcPr>
            <w:tcW w:type="dxa" w:w="3456"/>
            <w:tcMar>
              <w:top w:w="80" w:type="dxa"/>
              <w:start w:w="80" w:type="dxa"/>
              <w:bottom w:w="80" w:type="dxa"/>
              <w:end w:w="80" w:type="dxa"/>
            </w:tcMar>
            <w:vAlign w:val="top"/>
          </w:tcPr>
          <w:p>
            <w:r>
              <w:rPr>
                <w:rFonts w:ascii="Aptos" w:hAnsi="Aptos" w:eastAsia="Aptos"/>
                <w:b w:val="0"/>
                <w:i w:val="0"/>
                <w:color w:val="151515"/>
                <w:sz w:val="18"/>
              </w:rPr>
              <w:t>Verified capacity notes.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4. Standards acceptance</w:t>
            </w:r>
          </w:p>
        </w:tc>
        <w:tc>
          <w:tcPr>
            <w:tcW w:type="dxa" w:w="3456"/>
            <w:tcMar>
              <w:top w:w="80" w:type="dxa"/>
              <w:start w:w="80" w:type="dxa"/>
              <w:bottom w:w="80" w:type="dxa"/>
              <w:end w:w="80" w:type="dxa"/>
            </w:tcMar>
            <w:vAlign w:val="top"/>
          </w:tcPr>
          <w:p>
            <w:r>
              <w:rPr>
                <w:rFonts w:ascii="Aptos" w:hAnsi="Aptos" w:eastAsia="Aptos"/>
                <w:b w:val="0"/>
                <w:i w:val="0"/>
                <w:color w:val="151515"/>
                <w:sz w:val="18"/>
              </w:rPr>
              <w:t>Confirm commitment to conduct, confidentiality and documentation discipline.</w:t>
            </w:r>
          </w:p>
        </w:tc>
        <w:tc>
          <w:tcPr>
            <w:tcW w:type="dxa" w:w="3456"/>
            <w:tcMar>
              <w:top w:w="80" w:type="dxa"/>
              <w:start w:w="80" w:type="dxa"/>
              <w:bottom w:w="80" w:type="dxa"/>
              <w:end w:w="80" w:type="dxa"/>
            </w:tcMar>
            <w:vAlign w:val="top"/>
          </w:tcPr>
          <w:p>
            <w:r>
              <w:rPr>
                <w:rFonts w:ascii="Aptos" w:hAnsi="Aptos" w:eastAsia="Aptos"/>
                <w:b w:val="0"/>
                <w:i w:val="0"/>
                <w:color w:val="151515"/>
                <w:sz w:val="18"/>
              </w:rPr>
              <w:t>Signed member charter.</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5. Circle approval</w:t>
            </w:r>
          </w:p>
        </w:tc>
        <w:tc>
          <w:tcPr>
            <w:tcW w:type="dxa" w:w="3456"/>
            <w:tcMar>
              <w:top w:w="80" w:type="dxa"/>
              <w:start w:w="80" w:type="dxa"/>
              <w:bottom w:w="80" w:type="dxa"/>
              <w:end w:w="80" w:type="dxa"/>
            </w:tcMar>
            <w:vAlign w:val="top"/>
          </w:tcPr>
          <w:p>
            <w:r>
              <w:rPr>
                <w:rFonts w:ascii="Aptos" w:hAnsi="Aptos" w:eastAsia="Aptos"/>
                <w:b w:val="0"/>
                <w:i w:val="0"/>
                <w:color w:val="151515"/>
                <w:sz w:val="18"/>
              </w:rPr>
              <w:t>Admit only if strategically aligned and additive to the club.</w:t>
            </w:r>
          </w:p>
        </w:tc>
        <w:tc>
          <w:tcPr>
            <w:tcW w:type="dxa" w:w="3456"/>
            <w:tcMar>
              <w:top w:w="80" w:type="dxa"/>
              <w:start w:w="80" w:type="dxa"/>
              <w:bottom w:w="80" w:type="dxa"/>
              <w:end w:w="80" w:type="dxa"/>
            </w:tcMar>
            <w:vAlign w:val="top"/>
          </w:tcPr>
          <w:p>
            <w:r>
              <w:rPr>
                <w:rFonts w:ascii="Aptos" w:hAnsi="Aptos" w:eastAsia="Aptos"/>
                <w:b w:val="0"/>
                <w:i w:val="0"/>
                <w:color w:val="151515"/>
                <w:sz w:val="18"/>
              </w:rPr>
              <w:t>Founding member status.</w:t>
            </w:r>
          </w:p>
        </w:tc>
      </w:tr>
    </w:tbl>
    <w:p>
      <w:pPr>
        <w:spacing w:after="20"/>
      </w:pPr>
    </w:p>
    <w:p>
      <w:pPr>
        <w:pStyle w:val="Heading2"/>
        <w:spacing w:before="100" w:after="80"/>
      </w:pPr>
      <w:r>
        <w:rPr>
          <w:rFonts w:ascii="Georgia" w:hAnsi="Georgia"/>
          <w:b/>
          <w:color w:val="0B2A22"/>
          <w:sz w:val="30"/>
        </w:rPr>
        <w:t>Member privileges</w:t>
      </w:r>
    </w:p>
    <w:tbl>
      <w:tblPr>
        <w:tblStyle w:val="TableGrid"/>
        <w:tblW w:type="auto" w:w="0"/>
        <w:jc w:val="center"/>
        <w:tblLook w:firstColumn="1" w:firstRow="1" w:lastColumn="0" w:lastRow="0" w:noHBand="0" w:noVBand="1" w:val="04A0"/>
      </w:tblPr>
      <w:tblGrid>
        <w:gridCol w:w="5184"/>
        <w:gridCol w:w="5184"/>
      </w:tblGrid>
      <w:tr>
        <w:trPr>
          <w:tblHeader w:val="true"/>
        </w:trPr>
        <w:tc>
          <w:tcPr>
            <w:tcW w:type="dxa" w:w="5184"/>
            <w:shd w:fill="041220"/>
            <w:tcMar>
              <w:top w:w="80" w:type="dxa"/>
              <w:start w:w="80" w:type="dxa"/>
              <w:bottom w:w="80" w:type="dxa"/>
              <w:end w:w="80" w:type="dxa"/>
            </w:tcMar>
            <w:vAlign w:val="center"/>
          </w:tcPr>
          <w:p>
            <w:r>
              <w:rPr>
                <w:rFonts w:ascii="Aptos" w:hAnsi="Aptos" w:eastAsia="Aptos"/>
                <w:b/>
                <w:i w:val="0"/>
                <w:color w:val="FAF8F2"/>
                <w:sz w:val="18"/>
              </w:rPr>
              <w:t>Privilege</w:t>
            </w:r>
          </w:p>
        </w:tc>
        <w:tc>
          <w:tcPr>
            <w:tcW w:type="dxa" w:w="5184"/>
            <w:shd w:fill="041220"/>
            <w:tcMar>
              <w:top w:w="80" w:type="dxa"/>
              <w:start w:w="80" w:type="dxa"/>
              <w:bottom w:w="80" w:type="dxa"/>
              <w:end w:w="80" w:type="dxa"/>
            </w:tcMar>
            <w:vAlign w:val="center"/>
          </w:tcPr>
          <w:p>
            <w:r>
              <w:rPr>
                <w:rFonts w:ascii="Aptos" w:hAnsi="Aptos" w:eastAsia="Aptos"/>
                <w:b/>
                <w:i w:val="0"/>
                <w:color w:val="FAF8F2"/>
                <w:sz w:val="18"/>
              </w:rPr>
              <w:t>Description</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Private leader access</w:t>
            </w:r>
          </w:p>
        </w:tc>
        <w:tc>
          <w:tcPr>
            <w:tcW w:type="dxa" w:w="5184"/>
            <w:tcMar>
              <w:top w:w="80" w:type="dxa"/>
              <w:start w:w="80" w:type="dxa"/>
              <w:bottom w:w="80" w:type="dxa"/>
              <w:end w:w="80" w:type="dxa"/>
            </w:tcMar>
            <w:vAlign w:val="top"/>
          </w:tcPr>
          <w:p>
            <w:r>
              <w:rPr>
                <w:rFonts w:ascii="Aptos" w:hAnsi="Aptos" w:eastAsia="Aptos"/>
                <w:b w:val="0"/>
                <w:i w:val="0"/>
                <w:color w:val="151515"/>
                <w:sz w:val="18"/>
              </w:rPr>
              <w:t>Introductions to verified business leaders and counterparties within controlled country and sector circles.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Curated trade opportunities</w:t>
            </w:r>
          </w:p>
        </w:tc>
        <w:tc>
          <w:tcPr>
            <w:tcW w:type="dxa" w:w="5184"/>
            <w:tcMar>
              <w:top w:w="80" w:type="dxa"/>
              <w:start w:w="80" w:type="dxa"/>
              <w:bottom w:w="80" w:type="dxa"/>
              <w:end w:w="80" w:type="dxa"/>
            </w:tcMar>
            <w:vAlign w:val="top"/>
          </w:tcPr>
          <w:p>
            <w:r>
              <w:rPr>
                <w:rFonts w:ascii="Aptos" w:hAnsi="Aptos" w:eastAsia="Aptos"/>
                <w:b w:val="0"/>
                <w:i w:val="0"/>
                <w:color w:val="151515"/>
                <w:sz w:val="18"/>
              </w:rPr>
              <w:t>Priority review of inbound and outbound trade opportunities before wider platform exposure.</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DTC trade file support</w:t>
            </w:r>
          </w:p>
        </w:tc>
        <w:tc>
          <w:tcPr>
            <w:tcW w:type="dxa" w:w="5184"/>
            <w:tcMar>
              <w:top w:w="80" w:type="dxa"/>
              <w:start w:w="80" w:type="dxa"/>
              <w:bottom w:w="80" w:type="dxa"/>
              <w:end w:w="80" w:type="dxa"/>
            </w:tcMar>
            <w:vAlign w:val="top"/>
          </w:tcPr>
          <w:p>
            <w:r>
              <w:rPr>
                <w:rFonts w:ascii="Aptos" w:hAnsi="Aptos" w:eastAsia="Aptos"/>
                <w:b w:val="0"/>
                <w:i w:val="0"/>
                <w:color w:val="151515"/>
                <w:sz w:val="18"/>
              </w:rPr>
              <w:t>Structured documentation and verification records for serious transactions.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DTI title-control support</w:t>
            </w:r>
          </w:p>
        </w:tc>
        <w:tc>
          <w:tcPr>
            <w:tcW w:type="dxa" w:w="5184"/>
            <w:tcMar>
              <w:top w:w="80" w:type="dxa"/>
              <w:start w:w="80" w:type="dxa"/>
              <w:bottom w:w="80" w:type="dxa"/>
              <w:end w:w="80" w:type="dxa"/>
            </w:tcMar>
            <w:vAlign w:val="top"/>
          </w:tcPr>
          <w:p>
            <w:r>
              <w:rPr>
                <w:rFonts w:ascii="Aptos" w:hAnsi="Aptos" w:eastAsia="Aptos"/>
                <w:b w:val="0"/>
                <w:i w:val="0"/>
                <w:color w:val="151515"/>
                <w:sz w:val="18"/>
              </w:rPr>
              <w:t>Digital title and ownership-record discipline for relevant trade transactions.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Deal rooms</w:t>
            </w:r>
          </w:p>
        </w:tc>
        <w:tc>
          <w:tcPr>
            <w:tcW w:type="dxa" w:w="5184"/>
            <w:tcMar>
              <w:top w:w="80" w:type="dxa"/>
              <w:start w:w="80" w:type="dxa"/>
              <w:bottom w:w="80" w:type="dxa"/>
              <w:end w:w="80" w:type="dxa"/>
            </w:tcMar>
            <w:vAlign w:val="top"/>
          </w:tcPr>
          <w:p>
            <w:r>
              <w:rPr>
                <w:rFonts w:ascii="Aptos" w:hAnsi="Aptos" w:eastAsia="Aptos"/>
                <w:b w:val="0"/>
                <w:i w:val="0"/>
                <w:color w:val="151515"/>
                <w:sz w:val="18"/>
              </w:rPr>
              <w:t>Private transaction spaces with controlled access and document discipline.</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Strategic briefings</w:t>
            </w:r>
          </w:p>
        </w:tc>
        <w:tc>
          <w:tcPr>
            <w:tcW w:type="dxa" w:w="5184"/>
            <w:tcMar>
              <w:top w:w="80" w:type="dxa"/>
              <w:start w:w="80" w:type="dxa"/>
              <w:bottom w:w="80" w:type="dxa"/>
              <w:end w:w="80" w:type="dxa"/>
            </w:tcMar>
            <w:vAlign w:val="top"/>
          </w:tcPr>
          <w:p>
            <w:r>
              <w:rPr>
                <w:rFonts w:ascii="Aptos" w:hAnsi="Aptos" w:eastAsia="Aptos"/>
                <w:b w:val="0"/>
                <w:i w:val="0"/>
                <w:color w:val="151515"/>
                <w:sz w:val="18"/>
              </w:rPr>
              <w:t>Country, sector and corridor intelligence shared among high-level members.</w:t>
            </w:r>
          </w:p>
        </w:tc>
      </w:tr>
    </w:tbl>
    <w:p>
      <w:pPr>
        <w:spacing w:after="20"/>
      </w:pPr>
    </w:p>
    <w:p>
      <w:r>
        <w:br w:type="page"/>
      </w:r>
    </w:p>
    <w:p>
      <w:pPr>
        <w:pStyle w:val="Heading1"/>
        <w:spacing w:before="120" w:after="160"/>
      </w:pPr>
      <w:r>
        <w:rPr>
          <w:rFonts w:ascii="Georgia" w:hAnsi="Georgia"/>
          <w:b/>
          <w:color w:val="041220"/>
          <w:sz w:val="40"/>
        </w:rPr>
        <w:t>6. DTC and DTI Trade-Verification Layer</w:t>
      </w:r>
    </w:p>
    <w:p>
      <w:pPr>
        <w:spacing w:after="120"/>
        <w:jc w:val="center"/>
      </w:pPr>
      <w:r>
        <w:drawing>
          <wp:inline xmlns:a="http://schemas.openxmlformats.org/drawingml/2006/main" xmlns:pic="http://schemas.openxmlformats.org/drawingml/2006/picture">
            <wp:extent cx="6126480" cy="3447977"/>
            <wp:docPr id="6" name="Picture 6"/>
            <wp:cNvGraphicFramePr>
              <a:graphicFrameLocks noChangeAspect="1"/>
            </wp:cNvGraphicFramePr>
            <a:graphic>
              <a:graphicData uri="http://schemas.openxmlformats.org/drawingml/2006/picture">
                <pic:pic>
                  <pic:nvPicPr>
                    <pic:cNvPr id="0" name="a_highly_detailed_cinematic_3d_rendered_concept.png"/>
                    <pic:cNvPicPr/>
                  </pic:nvPicPr>
                  <pic:blipFill>
                    <a:blip r:embed="rId15"/>
                    <a:stretch>
                      <a:fillRect/>
                    </a:stretch>
                  </pic:blipFill>
                  <pic:spPr>
                    <a:xfrm>
                      <a:off x="0" y="0"/>
                      <a:ext cx="6126480" cy="3447977"/>
                    </a:xfrm>
                    <a:prstGeom prst="rect"/>
                  </pic:spPr>
                </pic:pic>
              </a:graphicData>
            </a:graphic>
          </wp:inline>
        </w:drawing>
      </w:r>
    </w:p>
    <w:p>
      <w:pPr>
        <w:spacing w:after="120" w:line="259" w:lineRule="auto"/>
      </w:pPr>
      <w:r>
        <w:rPr>
          <w:rFonts w:ascii="Aptos" w:hAnsi="Aptos" w:eastAsia="Aptos"/>
          <w:b w:val="0"/>
          <w:i w:val="0"/>
          <w:color w:val="151515"/>
          <w:sz w:val="21"/>
        </w:rPr>
        <w:t>The DTC and DTI systems should be positioned as the credibility and control layer behind AfriDirect. They should not be over-explained publicly at the start. The external message should emphasize verification discipline, trade files, title clarity and remedy pathways. The deeper system logic can be reserved for members, transaction parties and institutional partners.</w:t>
      </w:r>
    </w:p>
    <w:p>
      <w:pPr>
        <w:pStyle w:val="Heading2"/>
        <w:spacing w:before="100" w:after="80"/>
      </w:pPr>
      <w:r>
        <w:rPr>
          <w:rFonts w:ascii="Georgia" w:hAnsi="Georgia"/>
          <w:b/>
          <w:color w:val="0B2A22"/>
          <w:sz w:val="30"/>
        </w:rPr>
        <w:t>Working definitions</w:t>
      </w:r>
    </w:p>
    <w:tbl>
      <w:tblPr>
        <w:tblStyle w:val="TableGrid"/>
        <w:tblW w:type="auto" w:w="0"/>
        <w:jc w:val="center"/>
        <w:tblLook w:firstColumn="1" w:firstRow="1" w:lastColumn="0" w:lastRow="0" w:noHBand="0" w:noVBand="1" w:val="04A0"/>
      </w:tblPr>
      <w:tblGrid>
        <w:gridCol w:w="3456"/>
        <w:gridCol w:w="3456"/>
        <w:gridCol w:w="3456"/>
      </w:tblGrid>
      <w:tr>
        <w:trPr>
          <w:tblHeader w:val="true"/>
        </w:trPr>
        <w:tc>
          <w:tcPr>
            <w:tcW w:type="dxa" w:w="3456"/>
            <w:shd w:fill="041220"/>
            <w:tcMar>
              <w:top w:w="80" w:type="dxa"/>
              <w:start w:w="80" w:type="dxa"/>
              <w:bottom w:w="80" w:type="dxa"/>
              <w:end w:w="80" w:type="dxa"/>
            </w:tcMar>
            <w:vAlign w:val="center"/>
          </w:tcPr>
          <w:p>
            <w:r>
              <w:rPr>
                <w:rFonts w:ascii="Aptos" w:hAnsi="Aptos" w:eastAsia="Aptos"/>
                <w:b/>
                <w:i w:val="0"/>
                <w:color w:val="FAF8F2"/>
                <w:sz w:val="18"/>
              </w:rPr>
              <w:t>System</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Working Definition</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Commercial Value</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DTC — Dynamic Trade Certificate</w:t>
            </w:r>
          </w:p>
        </w:tc>
        <w:tc>
          <w:tcPr>
            <w:tcW w:type="dxa" w:w="3456"/>
            <w:tcMar>
              <w:top w:w="80" w:type="dxa"/>
              <w:start w:w="80" w:type="dxa"/>
              <w:bottom w:w="80" w:type="dxa"/>
              <w:end w:w="80" w:type="dxa"/>
            </w:tcMar>
            <w:vAlign w:val="top"/>
          </w:tcPr>
          <w:p>
            <w:r>
              <w:rPr>
                <w:rFonts w:ascii="Aptos" w:hAnsi="Aptos" w:eastAsia="Aptos"/>
                <w:b w:val="0"/>
                <w:i w:val="0"/>
                <w:color w:val="151515"/>
                <w:sz w:val="18"/>
              </w:rPr>
              <w:t>A structured trade verification and record-keeping system used to organize transaction authenticity, supporting documents, parties, terms and remedy history.</w:t>
            </w:r>
          </w:p>
        </w:tc>
        <w:tc>
          <w:tcPr>
            <w:tcW w:type="dxa" w:w="3456"/>
            <w:tcMar>
              <w:top w:w="80" w:type="dxa"/>
              <w:start w:w="80" w:type="dxa"/>
              <w:bottom w:w="80" w:type="dxa"/>
              <w:end w:w="80" w:type="dxa"/>
            </w:tcMar>
            <w:vAlign w:val="top"/>
          </w:tcPr>
          <w:p>
            <w:r>
              <w:rPr>
                <w:rFonts w:ascii="Aptos" w:hAnsi="Aptos" w:eastAsia="Aptos"/>
                <w:b w:val="0"/>
                <w:i w:val="0"/>
                <w:color w:val="151515"/>
                <w:sz w:val="18"/>
              </w:rPr>
              <w:t>Improves confidence, reduces confusion and creates a stronger transaction record.</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DTI — Digital Title Instrument</w:t>
            </w:r>
          </w:p>
        </w:tc>
        <w:tc>
          <w:tcPr>
            <w:tcW w:type="dxa" w:w="3456"/>
            <w:tcMar>
              <w:top w:w="80" w:type="dxa"/>
              <w:start w:w="80" w:type="dxa"/>
              <w:bottom w:w="80" w:type="dxa"/>
              <w:end w:w="80" w:type="dxa"/>
            </w:tcMar>
            <w:vAlign w:val="top"/>
          </w:tcPr>
          <w:p>
            <w:r>
              <w:rPr>
                <w:rFonts w:ascii="Aptos" w:hAnsi="Aptos" w:eastAsia="Aptos"/>
                <w:b w:val="0"/>
                <w:i w:val="0"/>
                <w:color w:val="151515"/>
                <w:sz w:val="18"/>
              </w:rPr>
              <w:t>A title and ownership-record system intended to standardize digital title control, ownership documentation and secure transfer discipline.</w:t>
            </w:r>
          </w:p>
        </w:tc>
        <w:tc>
          <w:tcPr>
            <w:tcW w:type="dxa" w:w="3456"/>
            <w:tcMar>
              <w:top w:w="80" w:type="dxa"/>
              <w:start w:w="80" w:type="dxa"/>
              <w:bottom w:w="80" w:type="dxa"/>
              <w:end w:w="80" w:type="dxa"/>
            </w:tcMar>
            <w:vAlign w:val="top"/>
          </w:tcPr>
          <w:p>
            <w:r>
              <w:rPr>
                <w:rFonts w:ascii="Aptos" w:hAnsi="Aptos" w:eastAsia="Aptos"/>
                <w:b w:val="0"/>
                <w:i w:val="0"/>
                <w:color w:val="151515"/>
                <w:sz w:val="18"/>
              </w:rPr>
              <w:t>Improves title clarity, supports transaction control and strengthens institutional confidence.</w:t>
            </w:r>
          </w:p>
        </w:tc>
      </w:tr>
    </w:tbl>
    <w:p>
      <w:pPr>
        <w:spacing w:after="20"/>
      </w:pPr>
    </w:p>
    <w:p>
      <w:pPr>
        <w:pStyle w:val="Heading2"/>
        <w:spacing w:before="100" w:after="80"/>
      </w:pPr>
      <w:r>
        <w:rPr>
          <w:rFonts w:ascii="Georgia" w:hAnsi="Georgia"/>
          <w:b/>
          <w:color w:val="0B2A22"/>
          <w:sz w:val="30"/>
        </w:rPr>
        <w:t>How the layer supports members</w:t>
      </w:r>
    </w:p>
    <w:tbl>
      <w:tblPr>
        <w:tblStyle w:val="TableGrid"/>
        <w:tblW w:type="auto" w:w="0"/>
        <w:jc w:val="center"/>
        <w:tblLook w:firstColumn="1" w:firstRow="1" w:lastColumn="0" w:lastRow="0" w:noHBand="0" w:noVBand="1" w:val="04A0"/>
      </w:tblPr>
      <w:tblGrid>
        <w:gridCol w:w="5184"/>
        <w:gridCol w:w="5184"/>
      </w:tblGrid>
      <w:tr>
        <w:trPr>
          <w:tblHeader w:val="true"/>
        </w:trPr>
        <w:tc>
          <w:tcPr>
            <w:tcW w:type="dxa" w:w="5184"/>
            <w:shd w:fill="041220"/>
            <w:tcMar>
              <w:top w:w="80" w:type="dxa"/>
              <w:start w:w="80" w:type="dxa"/>
              <w:bottom w:w="80" w:type="dxa"/>
              <w:end w:w="80" w:type="dxa"/>
            </w:tcMar>
            <w:vAlign w:val="center"/>
          </w:tcPr>
          <w:p>
            <w:r>
              <w:rPr>
                <w:rFonts w:ascii="Aptos" w:hAnsi="Aptos" w:eastAsia="Aptos"/>
                <w:b/>
                <w:i w:val="0"/>
                <w:color w:val="FAF8F2"/>
                <w:sz w:val="18"/>
              </w:rPr>
              <w:t>Function</w:t>
            </w:r>
          </w:p>
        </w:tc>
        <w:tc>
          <w:tcPr>
            <w:tcW w:type="dxa" w:w="5184"/>
            <w:shd w:fill="041220"/>
            <w:tcMar>
              <w:top w:w="80" w:type="dxa"/>
              <w:start w:w="80" w:type="dxa"/>
              <w:bottom w:w="80" w:type="dxa"/>
              <w:end w:w="80" w:type="dxa"/>
            </w:tcMar>
            <w:vAlign w:val="center"/>
          </w:tcPr>
          <w:p>
            <w:r>
              <w:rPr>
                <w:rFonts w:ascii="Aptos" w:hAnsi="Aptos" w:eastAsia="Aptos"/>
                <w:b/>
                <w:i w:val="0"/>
                <w:color w:val="FAF8F2"/>
                <w:sz w:val="18"/>
              </w:rPr>
              <w:t>Application</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Identity and capacity review</w:t>
            </w:r>
          </w:p>
        </w:tc>
        <w:tc>
          <w:tcPr>
            <w:tcW w:type="dxa" w:w="5184"/>
            <w:tcMar>
              <w:top w:w="80" w:type="dxa"/>
              <w:start w:w="80" w:type="dxa"/>
              <w:bottom w:w="80" w:type="dxa"/>
              <w:end w:w="80" w:type="dxa"/>
            </w:tcMar>
            <w:vAlign w:val="top"/>
          </w:tcPr>
          <w:p>
            <w:r>
              <w:rPr>
                <w:rFonts w:ascii="Aptos" w:hAnsi="Aptos" w:eastAsia="Aptos"/>
                <w:b w:val="0"/>
                <w:i w:val="0"/>
                <w:color w:val="151515"/>
                <w:sz w:val="18"/>
              </w:rPr>
              <w:t>Member and counterparty profiles include business identity, operating history and capacity indicators.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Trade file creation</w:t>
            </w:r>
          </w:p>
        </w:tc>
        <w:tc>
          <w:tcPr>
            <w:tcW w:type="dxa" w:w="5184"/>
            <w:tcMar>
              <w:top w:w="80" w:type="dxa"/>
              <w:start w:w="80" w:type="dxa"/>
              <w:bottom w:w="80" w:type="dxa"/>
              <w:end w:w="80" w:type="dxa"/>
            </w:tcMar>
            <w:vAlign w:val="top"/>
          </w:tcPr>
          <w:p>
            <w:r>
              <w:rPr>
                <w:rFonts w:ascii="Aptos" w:hAnsi="Aptos" w:eastAsia="Aptos"/>
                <w:b w:val="0"/>
                <w:i w:val="0"/>
                <w:color w:val="151515"/>
                <w:sz w:val="18"/>
              </w:rPr>
              <w:t>Offers, mandates, product specifications, inspection records, invoices and logistics records are organized in a disciplined file.</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Document status tracking</w:t>
            </w:r>
          </w:p>
        </w:tc>
        <w:tc>
          <w:tcPr>
            <w:tcW w:type="dxa" w:w="5184"/>
            <w:tcMar>
              <w:top w:w="80" w:type="dxa"/>
              <w:start w:w="80" w:type="dxa"/>
              <w:bottom w:w="80" w:type="dxa"/>
              <w:end w:w="80" w:type="dxa"/>
            </w:tcMar>
            <w:vAlign w:val="top"/>
          </w:tcPr>
          <w:p>
            <w:r>
              <w:rPr>
                <w:rFonts w:ascii="Aptos" w:hAnsi="Aptos" w:eastAsia="Aptos"/>
                <w:b w:val="0"/>
                <w:i w:val="0"/>
                <w:color w:val="151515"/>
                <w:sz w:val="18"/>
              </w:rPr>
              <w:t>Documents can be marked as received, reviewed, pending, expired, replaced or disputed.</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Title discipline</w:t>
            </w:r>
          </w:p>
        </w:tc>
        <w:tc>
          <w:tcPr>
            <w:tcW w:type="dxa" w:w="5184"/>
            <w:tcMar>
              <w:top w:w="80" w:type="dxa"/>
              <w:start w:w="80" w:type="dxa"/>
              <w:bottom w:w="80" w:type="dxa"/>
              <w:end w:w="80" w:type="dxa"/>
            </w:tcMar>
            <w:vAlign w:val="top"/>
          </w:tcPr>
          <w:p>
            <w:r>
              <w:rPr>
                <w:rFonts w:ascii="Aptos" w:hAnsi="Aptos" w:eastAsia="Aptos"/>
                <w:b w:val="0"/>
                <w:i w:val="0"/>
                <w:color w:val="151515"/>
                <w:sz w:val="18"/>
              </w:rPr>
              <w:t>DTI provides a title-control framework where ownership transfer, title status or custody position matters.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Remedy process support</w:t>
            </w:r>
          </w:p>
        </w:tc>
        <w:tc>
          <w:tcPr>
            <w:tcW w:type="dxa" w:w="5184"/>
            <w:tcMar>
              <w:top w:w="80" w:type="dxa"/>
              <w:start w:w="80" w:type="dxa"/>
              <w:bottom w:w="80" w:type="dxa"/>
              <w:end w:w="80" w:type="dxa"/>
            </w:tcMar>
            <w:vAlign w:val="top"/>
          </w:tcPr>
          <w:p>
            <w:r>
              <w:rPr>
                <w:rFonts w:ascii="Aptos" w:hAnsi="Aptos" w:eastAsia="Aptos"/>
                <w:b w:val="0"/>
                <w:i w:val="0"/>
                <w:color w:val="151515"/>
                <w:sz w:val="18"/>
              </w:rPr>
              <w:t>The record can support dispute review, correction, escalation or member accountability.</w:t>
            </w:r>
          </w:p>
        </w:tc>
      </w:tr>
    </w:tbl>
    <w:p>
      <w:pPr>
        <w:spacing w:after="20"/>
      </w:pPr>
    </w:p>
    <w:p>
      <w:pPr>
        <w:pStyle w:val="Heading1"/>
        <w:spacing w:before="120" w:after="160"/>
      </w:pPr>
      <w:r>
        <w:rPr>
          <w:rFonts w:ascii="Georgia" w:hAnsi="Georgia"/>
          <w:b/>
          <w:color w:val="041220"/>
          <w:sz w:val="40"/>
        </w:rPr>
        <w:t>7. Governance, Ethics and Member Accountability</w:t>
      </w:r>
    </w:p>
    <w:p>
      <w:pPr>
        <w:pStyle w:val="Heading2"/>
        <w:spacing w:before="100" w:after="80"/>
      </w:pPr>
      <w:r>
        <w:rPr>
          <w:rFonts w:ascii="Georgia" w:hAnsi="Georgia"/>
          <w:b/>
          <w:color w:val="0B2A22"/>
          <w:sz w:val="30"/>
        </w:rPr>
        <w:t>Member conduct standard</w:t>
      </w:r>
    </w:p>
    <w:p>
      <w:pPr>
        <w:spacing w:after="120" w:line="259" w:lineRule="auto"/>
      </w:pPr>
      <w:r>
        <w:rPr>
          <w:rFonts w:ascii="Aptos" w:hAnsi="Aptos" w:eastAsia="Aptos"/>
          <w:b w:val="0"/>
          <w:i w:val="0"/>
          <w:color w:val="151515"/>
          <w:sz w:val="21"/>
        </w:rPr>
        <w:t>AfriDirect should make its ethical trade standards explicit from the beginning. The club should welcome productive brokers, logistics experts, financiers, inspectors, legal advisers and service providers when they add real value. The club should reject empty chains, false mandates, document manipulation, undisclosed conflicts and speculative representation.</w:t>
      </w:r>
    </w:p>
    <w:tbl>
      <w:tblPr>
        <w:tblStyle w:val="TableGrid"/>
        <w:tblW w:type="auto" w:w="0"/>
        <w:jc w:val="center"/>
        <w:tblLook w:firstColumn="1" w:firstRow="1" w:lastColumn="0" w:lastRow="0" w:noHBand="0" w:noVBand="1" w:val="04A0"/>
      </w:tblPr>
      <w:tblGrid>
        <w:gridCol w:w="5184"/>
        <w:gridCol w:w="5184"/>
      </w:tblGrid>
      <w:tr>
        <w:trPr>
          <w:tblHeader w:val="true"/>
        </w:trPr>
        <w:tc>
          <w:tcPr>
            <w:tcW w:type="dxa" w:w="5184"/>
            <w:shd w:fill="041220"/>
            <w:tcMar>
              <w:top w:w="80" w:type="dxa"/>
              <w:start w:w="80" w:type="dxa"/>
              <w:bottom w:w="80" w:type="dxa"/>
              <w:end w:w="80" w:type="dxa"/>
            </w:tcMar>
            <w:vAlign w:val="center"/>
          </w:tcPr>
          <w:p>
            <w:r>
              <w:rPr>
                <w:rFonts w:ascii="Aptos" w:hAnsi="Aptos" w:eastAsia="Aptos"/>
                <w:b/>
                <w:i w:val="0"/>
                <w:color w:val="FAF8F2"/>
                <w:sz w:val="18"/>
              </w:rPr>
              <w:t>Standard</w:t>
            </w:r>
          </w:p>
        </w:tc>
        <w:tc>
          <w:tcPr>
            <w:tcW w:type="dxa" w:w="5184"/>
            <w:shd w:fill="041220"/>
            <w:tcMar>
              <w:top w:w="80" w:type="dxa"/>
              <w:start w:w="80" w:type="dxa"/>
              <w:bottom w:w="80" w:type="dxa"/>
              <w:end w:w="80" w:type="dxa"/>
            </w:tcMar>
            <w:vAlign w:val="center"/>
          </w:tcPr>
          <w:p>
            <w:r>
              <w:rPr>
                <w:rFonts w:ascii="Aptos" w:hAnsi="Aptos" w:eastAsia="Aptos"/>
                <w:b/>
                <w:i w:val="0"/>
                <w:color w:val="FAF8F2"/>
                <w:sz w:val="18"/>
              </w:rPr>
              <w:t>Expected Conduct</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Direct trade orientation</w:t>
            </w:r>
          </w:p>
        </w:tc>
        <w:tc>
          <w:tcPr>
            <w:tcW w:type="dxa" w:w="5184"/>
            <w:tcMar>
              <w:top w:w="80" w:type="dxa"/>
              <w:start w:w="80" w:type="dxa"/>
              <w:bottom w:w="80" w:type="dxa"/>
              <w:end w:w="80" w:type="dxa"/>
            </w:tcMar>
            <w:vAlign w:val="top"/>
          </w:tcPr>
          <w:p>
            <w:r>
              <w:rPr>
                <w:rFonts w:ascii="Aptos" w:hAnsi="Aptos" w:eastAsia="Aptos"/>
                <w:b w:val="0"/>
                <w:i w:val="0"/>
                <w:color w:val="151515"/>
                <w:sz w:val="18"/>
              </w:rPr>
              <w:t>Members should reduce unnecessary layers and support real buyer-seller or capital-project relationships.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Verified authority</w:t>
            </w:r>
          </w:p>
        </w:tc>
        <w:tc>
          <w:tcPr>
            <w:tcW w:type="dxa" w:w="5184"/>
            <w:tcMar>
              <w:top w:w="80" w:type="dxa"/>
              <w:start w:w="80" w:type="dxa"/>
              <w:bottom w:w="80" w:type="dxa"/>
              <w:end w:w="80" w:type="dxa"/>
            </w:tcMar>
            <w:vAlign w:val="top"/>
          </w:tcPr>
          <w:p>
            <w:r>
              <w:rPr>
                <w:rFonts w:ascii="Aptos" w:hAnsi="Aptos" w:eastAsia="Aptos"/>
                <w:b w:val="0"/>
                <w:i w:val="0"/>
                <w:color w:val="151515"/>
                <w:sz w:val="18"/>
              </w:rPr>
              <w:t>Members must not claim mandate, ownership, allocation or control that they cannot evidence.</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Confidentiality</w:t>
            </w:r>
          </w:p>
        </w:tc>
        <w:tc>
          <w:tcPr>
            <w:tcW w:type="dxa" w:w="5184"/>
            <w:tcMar>
              <w:top w:w="80" w:type="dxa"/>
              <w:start w:w="80" w:type="dxa"/>
              <w:bottom w:w="80" w:type="dxa"/>
              <w:end w:w="80" w:type="dxa"/>
            </w:tcMar>
            <w:vAlign w:val="top"/>
          </w:tcPr>
          <w:p>
            <w:r>
              <w:rPr>
                <w:rFonts w:ascii="Aptos" w:hAnsi="Aptos" w:eastAsia="Aptos"/>
                <w:b w:val="0"/>
                <w:i w:val="0"/>
                <w:color w:val="151515"/>
                <w:sz w:val="18"/>
              </w:rPr>
              <w:t>Member information, deal files and private introductions must be protected.</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Documentation discipline</w:t>
            </w:r>
          </w:p>
        </w:tc>
        <w:tc>
          <w:tcPr>
            <w:tcW w:type="dxa" w:w="5184"/>
            <w:tcMar>
              <w:top w:w="80" w:type="dxa"/>
              <w:start w:w="80" w:type="dxa"/>
              <w:bottom w:w="80" w:type="dxa"/>
              <w:end w:w="80" w:type="dxa"/>
            </w:tcMar>
            <w:vAlign w:val="top"/>
          </w:tcPr>
          <w:p>
            <w:r>
              <w:rPr>
                <w:rFonts w:ascii="Aptos" w:hAnsi="Aptos" w:eastAsia="Aptos"/>
                <w:b w:val="0"/>
                <w:i w:val="0"/>
                <w:color w:val="151515"/>
                <w:sz w:val="18"/>
              </w:rPr>
              <w:t>Members agree to use proper trade files, verifiable records and transparent document status.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Productive intermediation</w:t>
            </w:r>
          </w:p>
        </w:tc>
        <w:tc>
          <w:tcPr>
            <w:tcW w:type="dxa" w:w="5184"/>
            <w:tcMar>
              <w:top w:w="80" w:type="dxa"/>
              <w:start w:w="80" w:type="dxa"/>
              <w:bottom w:w="80" w:type="dxa"/>
              <w:end w:w="80" w:type="dxa"/>
            </w:tcMar>
            <w:vAlign w:val="top"/>
          </w:tcPr>
          <w:p>
            <w:r>
              <w:rPr>
                <w:rFonts w:ascii="Aptos" w:hAnsi="Aptos" w:eastAsia="Aptos"/>
                <w:b w:val="0"/>
                <w:i w:val="0"/>
                <w:color w:val="151515"/>
                <w:sz w:val="18"/>
              </w:rPr>
              <w:t>Intermediaries must define their value, authority and compensation clearly.</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Remedy and accountability</w:t>
            </w:r>
          </w:p>
        </w:tc>
        <w:tc>
          <w:tcPr>
            <w:tcW w:type="dxa" w:w="5184"/>
            <w:tcMar>
              <w:top w:w="80" w:type="dxa"/>
              <w:start w:w="80" w:type="dxa"/>
              <w:bottom w:w="80" w:type="dxa"/>
              <w:end w:w="80" w:type="dxa"/>
            </w:tcMar>
            <w:vAlign w:val="top"/>
          </w:tcPr>
          <w:p>
            <w:r>
              <w:rPr>
                <w:rFonts w:ascii="Aptos" w:hAnsi="Aptos" w:eastAsia="Aptos"/>
                <w:b w:val="0"/>
                <w:i w:val="0"/>
                <w:color w:val="151515"/>
                <w:sz w:val="18"/>
              </w:rPr>
              <w:t>Misconduct should trigger review, suspension, exclusion or corrective remedy.</w:t>
            </w:r>
          </w:p>
        </w:tc>
      </w:tr>
    </w:tbl>
    <w:p>
      <w:pPr>
        <w:spacing w:after="20"/>
      </w:pPr>
    </w:p>
    <w:p>
      <w:pPr>
        <w:pStyle w:val="Heading2"/>
        <w:spacing w:before="100" w:after="80"/>
      </w:pPr>
      <w:r>
        <w:rPr>
          <w:rFonts w:ascii="Georgia" w:hAnsi="Georgia"/>
          <w:b/>
          <w:color w:val="0B2A22"/>
          <w:sz w:val="30"/>
        </w:rPr>
        <w:t>Governance structure</w:t>
      </w:r>
    </w:p>
    <w:tbl>
      <w:tblPr>
        <w:tblStyle w:val="TableGrid"/>
        <w:tblW w:type="auto" w:w="0"/>
        <w:jc w:val="center"/>
        <w:tblLook w:firstColumn="1" w:firstRow="1" w:lastColumn="0" w:lastRow="0" w:noHBand="0" w:noVBand="1" w:val="04A0"/>
      </w:tblPr>
      <w:tblGrid>
        <w:gridCol w:w="5184"/>
        <w:gridCol w:w="5184"/>
      </w:tblGrid>
      <w:tr>
        <w:trPr>
          <w:tblHeader w:val="true"/>
        </w:trPr>
        <w:tc>
          <w:tcPr>
            <w:tcW w:type="dxa" w:w="5184"/>
            <w:shd w:fill="041220"/>
            <w:tcMar>
              <w:top w:w="80" w:type="dxa"/>
              <w:start w:w="80" w:type="dxa"/>
              <w:bottom w:w="80" w:type="dxa"/>
              <w:end w:w="80" w:type="dxa"/>
            </w:tcMar>
            <w:vAlign w:val="center"/>
          </w:tcPr>
          <w:p>
            <w:r>
              <w:rPr>
                <w:rFonts w:ascii="Aptos" w:hAnsi="Aptos" w:eastAsia="Aptos"/>
                <w:b/>
                <w:i w:val="0"/>
                <w:color w:val="FAF8F2"/>
                <w:sz w:val="18"/>
              </w:rPr>
              <w:t>Governance Body</w:t>
            </w:r>
          </w:p>
        </w:tc>
        <w:tc>
          <w:tcPr>
            <w:tcW w:type="dxa" w:w="5184"/>
            <w:shd w:fill="041220"/>
            <w:tcMar>
              <w:top w:w="80" w:type="dxa"/>
              <w:start w:w="80" w:type="dxa"/>
              <w:bottom w:w="80" w:type="dxa"/>
              <w:end w:w="80" w:type="dxa"/>
            </w:tcMar>
            <w:vAlign w:val="center"/>
          </w:tcPr>
          <w:p>
            <w:r>
              <w:rPr>
                <w:rFonts w:ascii="Aptos" w:hAnsi="Aptos" w:eastAsia="Aptos"/>
                <w:b/>
                <w:i w:val="0"/>
                <w:color w:val="FAF8F2"/>
                <w:sz w:val="18"/>
              </w:rPr>
              <w:t>Role</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Founding Council</w:t>
            </w:r>
          </w:p>
        </w:tc>
        <w:tc>
          <w:tcPr>
            <w:tcW w:type="dxa" w:w="5184"/>
            <w:tcMar>
              <w:top w:w="80" w:type="dxa"/>
              <w:start w:w="80" w:type="dxa"/>
              <w:bottom w:w="80" w:type="dxa"/>
              <w:end w:w="80" w:type="dxa"/>
            </w:tcMar>
            <w:vAlign w:val="top"/>
          </w:tcPr>
          <w:p>
            <w:r>
              <w:rPr>
                <w:rFonts w:ascii="Aptos" w:hAnsi="Aptos" w:eastAsia="Aptos"/>
                <w:b w:val="0"/>
                <w:i w:val="0"/>
                <w:color w:val="151515"/>
                <w:sz w:val="18"/>
              </w:rPr>
              <w:t>Small group that helps guide member standards, launch sectors, country priorities and credibility positioning.</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Membership Committee</w:t>
            </w:r>
          </w:p>
        </w:tc>
        <w:tc>
          <w:tcPr>
            <w:tcW w:type="dxa" w:w="5184"/>
            <w:tcMar>
              <w:top w:w="80" w:type="dxa"/>
              <w:start w:w="80" w:type="dxa"/>
              <w:bottom w:w="80" w:type="dxa"/>
              <w:end w:w="80" w:type="dxa"/>
            </w:tcMar>
            <w:vAlign w:val="top"/>
          </w:tcPr>
          <w:p>
            <w:r>
              <w:rPr>
                <w:rFonts w:ascii="Aptos" w:hAnsi="Aptos" w:eastAsia="Aptos"/>
                <w:b w:val="0"/>
                <w:i w:val="0"/>
                <w:color w:val="151515"/>
                <w:sz w:val="18"/>
              </w:rPr>
              <w:t>Reviews applications, renewals, complaints and member eligibility.</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Trade Verification Desk</w:t>
            </w:r>
          </w:p>
        </w:tc>
        <w:tc>
          <w:tcPr>
            <w:tcW w:type="dxa" w:w="5184"/>
            <w:tcMar>
              <w:top w:w="80" w:type="dxa"/>
              <w:start w:w="80" w:type="dxa"/>
              <w:bottom w:w="80" w:type="dxa"/>
              <w:end w:w="80" w:type="dxa"/>
            </w:tcMar>
            <w:vAlign w:val="top"/>
          </w:tcPr>
          <w:p>
            <w:r>
              <w:rPr>
                <w:rFonts w:ascii="Aptos" w:hAnsi="Aptos" w:eastAsia="Aptos"/>
                <w:b w:val="0"/>
                <w:i w:val="0"/>
                <w:color w:val="151515"/>
                <w:sz w:val="18"/>
              </w:rPr>
              <w:t>Manages DTC/DTI workflow support, trade files and document-control discipline.</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Sector Tables</w:t>
            </w:r>
          </w:p>
        </w:tc>
        <w:tc>
          <w:tcPr>
            <w:tcW w:type="dxa" w:w="5184"/>
            <w:tcMar>
              <w:top w:w="80" w:type="dxa"/>
              <w:start w:w="80" w:type="dxa"/>
              <w:bottom w:w="80" w:type="dxa"/>
              <w:end w:w="80" w:type="dxa"/>
            </w:tcMar>
            <w:vAlign w:val="top"/>
          </w:tcPr>
          <w:p>
            <w:r>
              <w:rPr>
                <w:rFonts w:ascii="Aptos" w:hAnsi="Aptos" w:eastAsia="Aptos"/>
                <w:b w:val="0"/>
                <w:i w:val="0"/>
                <w:color w:val="151515"/>
                <w:sz w:val="18"/>
              </w:rPr>
              <w:t>Focus on specific trade categories such as agriculture, mining, logistics, infrastructure and manufacturing.</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Country / Regional Chairs</w:t>
            </w:r>
          </w:p>
        </w:tc>
        <w:tc>
          <w:tcPr>
            <w:tcW w:type="dxa" w:w="5184"/>
            <w:tcMar>
              <w:top w:w="80" w:type="dxa"/>
              <w:start w:w="80" w:type="dxa"/>
              <w:bottom w:w="80" w:type="dxa"/>
              <w:end w:w="80" w:type="dxa"/>
            </w:tcMar>
            <w:vAlign w:val="top"/>
          </w:tcPr>
          <w:p>
            <w:r>
              <w:rPr>
                <w:rFonts w:ascii="Aptos" w:hAnsi="Aptos" w:eastAsia="Aptos"/>
                <w:b w:val="0"/>
                <w:i w:val="0"/>
                <w:color w:val="151515"/>
                <w:sz w:val="18"/>
              </w:rPr>
              <w:t>Identify credible leaders, corridors, partners and opportunities in specific markets.</w:t>
            </w:r>
          </w:p>
        </w:tc>
      </w:tr>
    </w:tbl>
    <w:p>
      <w:pPr>
        <w:spacing w:after="20"/>
      </w:pPr>
    </w:p>
    <w:p>
      <w:pPr>
        <w:pStyle w:val="Heading1"/>
        <w:spacing w:before="120" w:after="160"/>
      </w:pPr>
      <w:r>
        <w:rPr>
          <w:rFonts w:ascii="Georgia" w:hAnsi="Georgia"/>
          <w:b/>
          <w:color w:val="041220"/>
          <w:sz w:val="40"/>
        </w:rPr>
        <w:t>8. AfriDirect Product Brand and Marketplace Expansion</w:t>
      </w:r>
    </w:p>
    <w:p>
      <w:pPr>
        <w:spacing w:after="120"/>
        <w:jc w:val="center"/>
      </w:pPr>
      <w:r>
        <w:drawing>
          <wp:inline xmlns:a="http://schemas.openxmlformats.org/drawingml/2006/main" xmlns:pic="http://schemas.openxmlformats.org/drawingml/2006/picture">
            <wp:extent cx="5349240" cy="5349240"/>
            <wp:docPr id="7" name="Picture 7"/>
            <wp:cNvGraphicFramePr>
              <a:graphicFrameLocks noChangeAspect="1"/>
            </wp:cNvGraphicFramePr>
            <a:graphic>
              <a:graphicData uri="http://schemas.openxmlformats.org/drawingml/2006/picture">
                <pic:pic>
                  <pic:nvPicPr>
                    <pic:cNvPr id="0" name="luxurious_corporate_branding_mockup.png"/>
                    <pic:cNvPicPr/>
                  </pic:nvPicPr>
                  <pic:blipFill>
                    <a:blip r:embed="rId16"/>
                    <a:stretch>
                      <a:fillRect/>
                    </a:stretch>
                  </pic:blipFill>
                  <pic:spPr>
                    <a:xfrm>
                      <a:off x="0" y="0"/>
                      <a:ext cx="5349240" cy="5349240"/>
                    </a:xfrm>
                    <a:prstGeom prst="rect"/>
                  </pic:spPr>
                </pic:pic>
              </a:graphicData>
            </a:graphic>
          </wp:inline>
        </w:drawing>
      </w:r>
    </w:p>
    <w:p>
      <w:pPr>
        <w:spacing w:after="120" w:line="259" w:lineRule="auto"/>
      </w:pPr>
      <w:r>
        <w:rPr>
          <w:rFonts w:ascii="Aptos" w:hAnsi="Aptos" w:eastAsia="Aptos"/>
          <w:b w:val="0"/>
          <w:i w:val="0"/>
          <w:color w:val="151515"/>
          <w:sz w:val="21"/>
        </w:rPr>
        <w:t>The second logo treatment should become the broader product identity. It is cleaner, more scalable and better suited to marketplace development, software screens, transaction records and external communications. The founding club creates the trusted leadership base. The product brand turns that trust into a repeatable system.</w:t>
      </w:r>
    </w:p>
    <w:p>
      <w:pPr>
        <w:pStyle w:val="Heading2"/>
        <w:spacing w:before="100" w:after="80"/>
      </w:pPr>
      <w:r>
        <w:rPr>
          <w:rFonts w:ascii="Georgia" w:hAnsi="Georgia"/>
          <w:b/>
          <w:color w:val="0B2A22"/>
          <w:sz w:val="30"/>
        </w:rPr>
        <w:t>Expansion sequence</w:t>
      </w:r>
    </w:p>
    <w:tbl>
      <w:tblPr>
        <w:tblStyle w:val="TableGrid"/>
        <w:tblW w:type="auto" w:w="0"/>
        <w:jc w:val="center"/>
        <w:tblLook w:firstColumn="1" w:firstRow="1" w:lastColumn="0" w:lastRow="0" w:noHBand="0" w:noVBand="1" w:val="04A0"/>
      </w:tblPr>
      <w:tblGrid>
        <w:gridCol w:w="3456"/>
        <w:gridCol w:w="3456"/>
        <w:gridCol w:w="3456"/>
      </w:tblGrid>
      <w:tr>
        <w:trPr>
          <w:tblHeader w:val="true"/>
        </w:trPr>
        <w:tc>
          <w:tcPr>
            <w:tcW w:type="dxa" w:w="3456"/>
            <w:shd w:fill="041220"/>
            <w:tcMar>
              <w:top w:w="80" w:type="dxa"/>
              <w:start w:w="80" w:type="dxa"/>
              <w:bottom w:w="80" w:type="dxa"/>
              <w:end w:w="80" w:type="dxa"/>
            </w:tcMar>
            <w:vAlign w:val="center"/>
          </w:tcPr>
          <w:p>
            <w:r>
              <w:rPr>
                <w:rFonts w:ascii="Aptos" w:hAnsi="Aptos" w:eastAsia="Aptos"/>
                <w:b/>
                <w:i w:val="0"/>
                <w:color w:val="FAF8F2"/>
                <w:sz w:val="18"/>
              </w:rPr>
              <w:t>Phase</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Strategic Objective</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What Expands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Phase 1 — Founding Circle</w:t>
            </w:r>
          </w:p>
        </w:tc>
        <w:tc>
          <w:tcPr>
            <w:tcW w:type="dxa" w:w="3456"/>
            <w:tcMar>
              <w:top w:w="80" w:type="dxa"/>
              <w:start w:w="80" w:type="dxa"/>
              <w:bottom w:w="80" w:type="dxa"/>
              <w:end w:w="80" w:type="dxa"/>
            </w:tcMar>
            <w:vAlign w:val="top"/>
          </w:tcPr>
          <w:p>
            <w:r>
              <w:rPr>
                <w:rFonts w:ascii="Aptos" w:hAnsi="Aptos" w:eastAsia="Aptos"/>
                <w:b w:val="0"/>
                <w:i w:val="0"/>
                <w:color w:val="151515"/>
                <w:sz w:val="18"/>
              </w:rPr>
              <w:t>Build elite trust and verify the first serious leaders.</w:t>
            </w:r>
          </w:p>
        </w:tc>
        <w:tc>
          <w:tcPr>
            <w:tcW w:type="dxa" w:w="3456"/>
            <w:tcMar>
              <w:top w:w="80" w:type="dxa"/>
              <w:start w:w="80" w:type="dxa"/>
              <w:bottom w:w="80" w:type="dxa"/>
              <w:end w:w="80" w:type="dxa"/>
            </w:tcMar>
            <w:vAlign w:val="top"/>
          </w:tcPr>
          <w:p>
            <w:r>
              <w:rPr>
                <w:rFonts w:ascii="Aptos" w:hAnsi="Aptos" w:eastAsia="Aptos"/>
                <w:b w:val="0"/>
                <w:i w:val="0"/>
                <w:color w:val="151515"/>
                <w:sz w:val="18"/>
              </w:rPr>
              <w:t>Members, standards, initial corridors and flagship opportunities.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Phase 2 — Closed Marketplace</w:t>
            </w:r>
          </w:p>
        </w:tc>
        <w:tc>
          <w:tcPr>
            <w:tcW w:type="dxa" w:w="3456"/>
            <w:tcMar>
              <w:top w:w="80" w:type="dxa"/>
              <w:start w:w="80" w:type="dxa"/>
              <w:bottom w:w="80" w:type="dxa"/>
              <w:end w:w="80" w:type="dxa"/>
            </w:tcMar>
            <w:vAlign w:val="top"/>
          </w:tcPr>
          <w:p>
            <w:r>
              <w:rPr>
                <w:rFonts w:ascii="Aptos" w:hAnsi="Aptos" w:eastAsia="Aptos"/>
                <w:b w:val="0"/>
                <w:i w:val="0"/>
                <w:color w:val="151515"/>
                <w:sz w:val="18"/>
              </w:rPr>
              <w:t>Allow members to list and review controlled opportunities.</w:t>
            </w:r>
          </w:p>
        </w:tc>
        <w:tc>
          <w:tcPr>
            <w:tcW w:type="dxa" w:w="3456"/>
            <w:tcMar>
              <w:top w:w="80" w:type="dxa"/>
              <w:start w:w="80" w:type="dxa"/>
              <w:bottom w:w="80" w:type="dxa"/>
              <w:end w:w="80" w:type="dxa"/>
            </w:tcMar>
            <w:vAlign w:val="top"/>
          </w:tcPr>
          <w:p>
            <w:r>
              <w:rPr>
                <w:rFonts w:ascii="Aptos" w:hAnsi="Aptos" w:eastAsia="Aptos"/>
                <w:b w:val="0"/>
                <w:i w:val="0"/>
                <w:color w:val="151515"/>
                <w:sz w:val="18"/>
              </w:rPr>
              <w:t>Private listings, trade rooms, DTC trade files and DTI support.</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Phase 3 — Country Desks</w:t>
            </w:r>
          </w:p>
        </w:tc>
        <w:tc>
          <w:tcPr>
            <w:tcW w:type="dxa" w:w="3456"/>
            <w:tcMar>
              <w:top w:w="80" w:type="dxa"/>
              <w:start w:w="80" w:type="dxa"/>
              <w:bottom w:w="80" w:type="dxa"/>
              <w:end w:w="80" w:type="dxa"/>
            </w:tcMar>
            <w:vAlign w:val="top"/>
          </w:tcPr>
          <w:p>
            <w:r>
              <w:rPr>
                <w:rFonts w:ascii="Aptos" w:hAnsi="Aptos" w:eastAsia="Aptos"/>
                <w:b w:val="0"/>
                <w:i w:val="0"/>
                <w:color w:val="151515"/>
                <w:sz w:val="18"/>
              </w:rPr>
              <w:t>Localize access and build corridor depth.</w:t>
            </w:r>
          </w:p>
        </w:tc>
        <w:tc>
          <w:tcPr>
            <w:tcW w:type="dxa" w:w="3456"/>
            <w:tcMar>
              <w:top w:w="80" w:type="dxa"/>
              <w:start w:w="80" w:type="dxa"/>
              <w:bottom w:w="80" w:type="dxa"/>
              <w:end w:w="80" w:type="dxa"/>
            </w:tcMar>
            <w:vAlign w:val="top"/>
          </w:tcPr>
          <w:p>
            <w:r>
              <w:rPr>
                <w:rFonts w:ascii="Aptos" w:hAnsi="Aptos" w:eastAsia="Aptos"/>
                <w:b w:val="0"/>
                <w:i w:val="0"/>
                <w:color w:val="151515"/>
                <w:sz w:val="18"/>
              </w:rPr>
              <w:t>Country leadership, sector tables, service partners and trade missions.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Phase 4 — Institutional Integration</w:t>
            </w:r>
          </w:p>
        </w:tc>
        <w:tc>
          <w:tcPr>
            <w:tcW w:type="dxa" w:w="3456"/>
            <w:tcMar>
              <w:top w:w="80" w:type="dxa"/>
              <w:start w:w="80" w:type="dxa"/>
              <w:bottom w:w="80" w:type="dxa"/>
              <w:end w:w="80" w:type="dxa"/>
            </w:tcMar>
            <w:vAlign w:val="top"/>
          </w:tcPr>
          <w:p>
            <w:r>
              <w:rPr>
                <w:rFonts w:ascii="Aptos" w:hAnsi="Aptos" w:eastAsia="Aptos"/>
                <w:b w:val="0"/>
                <w:i w:val="0"/>
                <w:color w:val="151515"/>
                <w:sz w:val="18"/>
              </w:rPr>
              <w:t>Connect banks, insurers, logistics, inspection and government-linked partners.</w:t>
            </w:r>
          </w:p>
        </w:tc>
        <w:tc>
          <w:tcPr>
            <w:tcW w:type="dxa" w:w="3456"/>
            <w:tcMar>
              <w:top w:w="80" w:type="dxa"/>
              <w:start w:w="80" w:type="dxa"/>
              <w:bottom w:w="80" w:type="dxa"/>
              <w:end w:w="80" w:type="dxa"/>
            </w:tcMar>
            <w:vAlign w:val="top"/>
          </w:tcPr>
          <w:p>
            <w:r>
              <w:rPr>
                <w:rFonts w:ascii="Aptos" w:hAnsi="Aptos" w:eastAsia="Aptos"/>
                <w:b w:val="0"/>
                <w:i w:val="0"/>
                <w:color w:val="151515"/>
                <w:sz w:val="18"/>
              </w:rPr>
              <w:t>Due diligence support, risk mitigation, finance readiness and project credibility.</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Phase 5 — Scaled Platform</w:t>
            </w:r>
          </w:p>
        </w:tc>
        <w:tc>
          <w:tcPr>
            <w:tcW w:type="dxa" w:w="3456"/>
            <w:tcMar>
              <w:top w:w="80" w:type="dxa"/>
              <w:start w:w="80" w:type="dxa"/>
              <w:bottom w:w="80" w:type="dxa"/>
              <w:end w:w="80" w:type="dxa"/>
            </w:tcMar>
            <w:vAlign w:val="top"/>
          </w:tcPr>
          <w:p>
            <w:r>
              <w:rPr>
                <w:rFonts w:ascii="Aptos" w:hAnsi="Aptos" w:eastAsia="Aptos"/>
                <w:b w:val="0"/>
                <w:i w:val="0"/>
                <w:color w:val="151515"/>
                <w:sz w:val="18"/>
              </w:rPr>
              <w:t>Open wider access without compromising standards.</w:t>
            </w:r>
          </w:p>
        </w:tc>
        <w:tc>
          <w:tcPr>
            <w:tcW w:type="dxa" w:w="3456"/>
            <w:tcMar>
              <w:top w:w="80" w:type="dxa"/>
              <w:start w:w="80" w:type="dxa"/>
              <w:bottom w:w="80" w:type="dxa"/>
              <w:end w:w="80" w:type="dxa"/>
            </w:tcMar>
            <w:vAlign w:val="top"/>
          </w:tcPr>
          <w:p>
            <w:r>
              <w:rPr>
                <w:rFonts w:ascii="Aptos" w:hAnsi="Aptos" w:eastAsia="Aptos"/>
                <w:b w:val="0"/>
                <w:i w:val="0"/>
                <w:color w:val="151515"/>
                <w:sz w:val="18"/>
              </w:rPr>
              <w:t>Verified marketplace, APIs, analytics and enterprise trade services.</w:t>
            </w:r>
          </w:p>
        </w:tc>
      </w:tr>
    </w:tbl>
    <w:p>
      <w:pPr>
        <w:spacing w:after="20"/>
      </w:pPr>
    </w:p>
    <w:p>
      <w:pPr>
        <w:pStyle w:val="Heading1"/>
        <w:spacing w:before="120" w:after="160"/>
      </w:pPr>
      <w:r>
        <w:rPr>
          <w:rFonts w:ascii="Georgia" w:hAnsi="Georgia"/>
          <w:b/>
          <w:color w:val="041220"/>
          <w:sz w:val="40"/>
        </w:rPr>
        <w:t>9. Product Modules and Operating Architecture</w:t>
      </w:r>
    </w:p>
    <w:p>
      <w:pPr>
        <w:spacing w:after="120"/>
        <w:jc w:val="center"/>
      </w:pPr>
      <w:r>
        <w:drawing>
          <wp:inline xmlns:a="http://schemas.openxmlformats.org/drawingml/2006/main" xmlns:pic="http://schemas.openxmlformats.org/drawingml/2006/picture">
            <wp:extent cx="6126480" cy="3447977"/>
            <wp:docPr id="8" name="Picture 8"/>
            <wp:cNvGraphicFramePr>
              <a:graphicFrameLocks noChangeAspect="1"/>
            </wp:cNvGraphicFramePr>
            <a:graphic>
              <a:graphicData uri="http://schemas.openxmlformats.org/drawingml/2006/picture">
                <pic:pic>
                  <pic:nvPicPr>
                    <pic:cNvPr id="0" name="a_high_detail_futuristic_tech_finance_ui_concept_s.png"/>
                    <pic:cNvPicPr/>
                  </pic:nvPicPr>
                  <pic:blipFill>
                    <a:blip r:embed="rId17"/>
                    <a:stretch>
                      <a:fillRect/>
                    </a:stretch>
                  </pic:blipFill>
                  <pic:spPr>
                    <a:xfrm>
                      <a:off x="0" y="0"/>
                      <a:ext cx="6126480" cy="3447977"/>
                    </a:xfrm>
                    <a:prstGeom prst="rect"/>
                  </pic:spPr>
                </pic:pic>
              </a:graphicData>
            </a:graphic>
          </wp:inline>
        </w:drawing>
      </w:r>
    </w:p>
    <w:p>
      <w:pPr>
        <w:pStyle w:val="Heading2"/>
        <w:spacing w:before="100" w:after="80"/>
      </w:pPr>
      <w:r>
        <w:rPr>
          <w:rFonts w:ascii="Georgia" w:hAnsi="Georgia"/>
          <w:b/>
          <w:color w:val="0B2A22"/>
          <w:sz w:val="30"/>
        </w:rPr>
        <w:t>Core modules</w:t>
      </w:r>
    </w:p>
    <w:tbl>
      <w:tblPr>
        <w:tblStyle w:val="TableGrid"/>
        <w:tblW w:type="auto" w:w="0"/>
        <w:jc w:val="center"/>
        <w:tblLook w:firstColumn="1" w:firstRow="1" w:lastColumn="0" w:lastRow="0" w:noHBand="0" w:noVBand="1" w:val="04A0"/>
      </w:tblPr>
      <w:tblGrid>
        <w:gridCol w:w="3456"/>
        <w:gridCol w:w="3456"/>
        <w:gridCol w:w="3456"/>
      </w:tblGrid>
      <w:tr>
        <w:trPr>
          <w:tblHeader w:val="true"/>
        </w:trPr>
        <w:tc>
          <w:tcPr>
            <w:tcW w:type="dxa" w:w="3456"/>
            <w:shd w:fill="041220"/>
            <w:tcMar>
              <w:top w:w="80" w:type="dxa"/>
              <w:start w:w="80" w:type="dxa"/>
              <w:bottom w:w="80" w:type="dxa"/>
              <w:end w:w="80" w:type="dxa"/>
            </w:tcMar>
            <w:vAlign w:val="center"/>
          </w:tcPr>
          <w:p>
            <w:r>
              <w:rPr>
                <w:rFonts w:ascii="Aptos" w:hAnsi="Aptos" w:eastAsia="Aptos"/>
                <w:b/>
                <w:i w:val="0"/>
                <w:color w:val="FAF8F2"/>
                <w:sz w:val="18"/>
              </w:rPr>
              <w:t>Module</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Purpose</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Launch Priority</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Member identity and verification</w:t>
            </w:r>
          </w:p>
        </w:tc>
        <w:tc>
          <w:tcPr>
            <w:tcW w:type="dxa" w:w="3456"/>
            <w:tcMar>
              <w:top w:w="80" w:type="dxa"/>
              <w:start w:w="80" w:type="dxa"/>
              <w:bottom w:w="80" w:type="dxa"/>
              <w:end w:w="80" w:type="dxa"/>
            </w:tcMar>
            <w:vAlign w:val="top"/>
          </w:tcPr>
          <w:p>
            <w:r>
              <w:rPr>
                <w:rFonts w:ascii="Aptos" w:hAnsi="Aptos" w:eastAsia="Aptos"/>
                <w:b w:val="0"/>
                <w:i w:val="0"/>
                <w:color w:val="151515"/>
                <w:sz w:val="18"/>
              </w:rPr>
              <w:t>Profiles, business history, references, compliance notes and member status.</w:t>
            </w:r>
          </w:p>
        </w:tc>
        <w:tc>
          <w:tcPr>
            <w:tcW w:type="dxa" w:w="3456"/>
            <w:tcMar>
              <w:top w:w="80" w:type="dxa"/>
              <w:start w:w="80" w:type="dxa"/>
              <w:bottom w:w="80" w:type="dxa"/>
              <w:end w:w="80" w:type="dxa"/>
            </w:tcMar>
            <w:vAlign w:val="top"/>
          </w:tcPr>
          <w:p>
            <w:r>
              <w:rPr>
                <w:rFonts w:ascii="Aptos" w:hAnsi="Aptos" w:eastAsia="Aptos"/>
                <w:b w:val="0"/>
                <w:i w:val="0"/>
                <w:color w:val="151515"/>
                <w:sz w:val="18"/>
              </w:rPr>
              <w:t>Immediate</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Verified listings</w:t>
            </w:r>
          </w:p>
        </w:tc>
        <w:tc>
          <w:tcPr>
            <w:tcW w:type="dxa" w:w="3456"/>
            <w:tcMar>
              <w:top w:w="80" w:type="dxa"/>
              <w:start w:w="80" w:type="dxa"/>
              <w:bottom w:w="80" w:type="dxa"/>
              <w:end w:w="80" w:type="dxa"/>
            </w:tcMar>
            <w:vAlign w:val="top"/>
          </w:tcPr>
          <w:p>
            <w:r>
              <w:rPr>
                <w:rFonts w:ascii="Aptos" w:hAnsi="Aptos" w:eastAsia="Aptos"/>
                <w:b w:val="0"/>
                <w:i w:val="0"/>
                <w:color w:val="151515"/>
                <w:sz w:val="18"/>
              </w:rPr>
              <w:t>Supply offers, procurement needs, mandates, project opportunities and service capabilities.</w:t>
            </w:r>
          </w:p>
        </w:tc>
        <w:tc>
          <w:tcPr>
            <w:tcW w:type="dxa" w:w="3456"/>
            <w:tcMar>
              <w:top w:w="80" w:type="dxa"/>
              <w:start w:w="80" w:type="dxa"/>
              <w:bottom w:w="80" w:type="dxa"/>
              <w:end w:w="80" w:type="dxa"/>
            </w:tcMar>
            <w:vAlign w:val="top"/>
          </w:tcPr>
          <w:p>
            <w:r>
              <w:rPr>
                <w:rFonts w:ascii="Aptos" w:hAnsi="Aptos" w:eastAsia="Aptos"/>
                <w:b w:val="0"/>
                <w:i w:val="0"/>
                <w:color w:val="151515"/>
                <w:sz w:val="18"/>
              </w:rPr>
              <w:t>Phase 2</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Private deal rooms</w:t>
            </w:r>
          </w:p>
        </w:tc>
        <w:tc>
          <w:tcPr>
            <w:tcW w:type="dxa" w:w="3456"/>
            <w:tcMar>
              <w:top w:w="80" w:type="dxa"/>
              <w:start w:w="80" w:type="dxa"/>
              <w:bottom w:w="80" w:type="dxa"/>
              <w:end w:w="80" w:type="dxa"/>
            </w:tcMar>
            <w:vAlign w:val="top"/>
          </w:tcPr>
          <w:p>
            <w:r>
              <w:rPr>
                <w:rFonts w:ascii="Aptos" w:hAnsi="Aptos" w:eastAsia="Aptos"/>
                <w:b w:val="0"/>
                <w:i w:val="0"/>
                <w:color w:val="151515"/>
                <w:sz w:val="18"/>
              </w:rPr>
              <w:t>Controlled spaces for documents, counterparties, messages and transaction status.</w:t>
            </w:r>
          </w:p>
        </w:tc>
        <w:tc>
          <w:tcPr>
            <w:tcW w:type="dxa" w:w="3456"/>
            <w:tcMar>
              <w:top w:w="80" w:type="dxa"/>
              <w:start w:w="80" w:type="dxa"/>
              <w:bottom w:w="80" w:type="dxa"/>
              <w:end w:w="80" w:type="dxa"/>
            </w:tcMar>
            <w:vAlign w:val="top"/>
          </w:tcPr>
          <w:p>
            <w:r>
              <w:rPr>
                <w:rFonts w:ascii="Aptos" w:hAnsi="Aptos" w:eastAsia="Aptos"/>
                <w:b w:val="0"/>
                <w:i w:val="0"/>
                <w:color w:val="151515"/>
                <w:sz w:val="18"/>
              </w:rPr>
              <w:t>Phase 2</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DTC trade file</w:t>
            </w:r>
          </w:p>
        </w:tc>
        <w:tc>
          <w:tcPr>
            <w:tcW w:type="dxa" w:w="3456"/>
            <w:tcMar>
              <w:top w:w="80" w:type="dxa"/>
              <w:start w:w="80" w:type="dxa"/>
              <w:bottom w:w="80" w:type="dxa"/>
              <w:end w:w="80" w:type="dxa"/>
            </w:tcMar>
            <w:vAlign w:val="top"/>
          </w:tcPr>
          <w:p>
            <w:r>
              <w:rPr>
                <w:rFonts w:ascii="Aptos" w:hAnsi="Aptos" w:eastAsia="Aptos"/>
                <w:b w:val="0"/>
                <w:i w:val="0"/>
                <w:color w:val="151515"/>
                <w:sz w:val="18"/>
              </w:rPr>
              <w:t>Structured transaction record and verification workflow.</w:t>
            </w:r>
          </w:p>
        </w:tc>
        <w:tc>
          <w:tcPr>
            <w:tcW w:type="dxa" w:w="3456"/>
            <w:tcMar>
              <w:top w:w="80" w:type="dxa"/>
              <w:start w:w="80" w:type="dxa"/>
              <w:bottom w:w="80" w:type="dxa"/>
              <w:end w:w="80" w:type="dxa"/>
            </w:tcMar>
            <w:vAlign w:val="top"/>
          </w:tcPr>
          <w:p>
            <w:r>
              <w:rPr>
                <w:rFonts w:ascii="Aptos" w:hAnsi="Aptos" w:eastAsia="Aptos"/>
                <w:b w:val="0"/>
                <w:i w:val="0"/>
                <w:color w:val="151515"/>
                <w:sz w:val="18"/>
              </w:rPr>
              <w:t>Immediate</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DTI title-control support</w:t>
            </w:r>
          </w:p>
        </w:tc>
        <w:tc>
          <w:tcPr>
            <w:tcW w:type="dxa" w:w="3456"/>
            <w:tcMar>
              <w:top w:w="80" w:type="dxa"/>
              <w:start w:w="80" w:type="dxa"/>
              <w:bottom w:w="80" w:type="dxa"/>
              <w:end w:w="80" w:type="dxa"/>
            </w:tcMar>
            <w:vAlign w:val="top"/>
          </w:tcPr>
          <w:p>
            <w:r>
              <w:rPr>
                <w:rFonts w:ascii="Aptos" w:hAnsi="Aptos" w:eastAsia="Aptos"/>
                <w:b w:val="0"/>
                <w:i w:val="0"/>
                <w:color w:val="151515"/>
                <w:sz w:val="18"/>
              </w:rPr>
              <w:t>Ownership/title status, custody notes and transfer-control records where applicable.</w:t>
            </w:r>
          </w:p>
        </w:tc>
        <w:tc>
          <w:tcPr>
            <w:tcW w:type="dxa" w:w="3456"/>
            <w:tcMar>
              <w:top w:w="80" w:type="dxa"/>
              <w:start w:w="80" w:type="dxa"/>
              <w:bottom w:w="80" w:type="dxa"/>
              <w:end w:w="80" w:type="dxa"/>
            </w:tcMar>
            <w:vAlign w:val="top"/>
          </w:tcPr>
          <w:p>
            <w:r>
              <w:rPr>
                <w:rFonts w:ascii="Aptos" w:hAnsi="Aptos" w:eastAsia="Aptos"/>
                <w:b w:val="0"/>
                <w:i w:val="0"/>
                <w:color w:val="151515"/>
                <w:sz w:val="18"/>
              </w:rPr>
              <w:t>Phase 2/3</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Trade intelligence</w:t>
            </w:r>
          </w:p>
        </w:tc>
        <w:tc>
          <w:tcPr>
            <w:tcW w:type="dxa" w:w="3456"/>
            <w:tcMar>
              <w:top w:w="80" w:type="dxa"/>
              <w:start w:w="80" w:type="dxa"/>
              <w:bottom w:w="80" w:type="dxa"/>
              <w:end w:w="80" w:type="dxa"/>
            </w:tcMar>
            <w:vAlign w:val="top"/>
          </w:tcPr>
          <w:p>
            <w:r>
              <w:rPr>
                <w:rFonts w:ascii="Aptos" w:hAnsi="Aptos" w:eastAsia="Aptos"/>
                <w:b w:val="0"/>
                <w:i w:val="0"/>
                <w:color w:val="151515"/>
                <w:sz w:val="18"/>
              </w:rPr>
              <w:t>Country, sector, corridor and counterparty intelligence for members.</w:t>
            </w:r>
          </w:p>
        </w:tc>
        <w:tc>
          <w:tcPr>
            <w:tcW w:type="dxa" w:w="3456"/>
            <w:tcMar>
              <w:top w:w="80" w:type="dxa"/>
              <w:start w:w="80" w:type="dxa"/>
              <w:bottom w:w="80" w:type="dxa"/>
              <w:end w:w="80" w:type="dxa"/>
            </w:tcMar>
            <w:vAlign w:val="top"/>
          </w:tcPr>
          <w:p>
            <w:r>
              <w:rPr>
                <w:rFonts w:ascii="Aptos" w:hAnsi="Aptos" w:eastAsia="Aptos"/>
                <w:b w:val="0"/>
                <w:i w:val="0"/>
                <w:color w:val="151515"/>
                <w:sz w:val="18"/>
              </w:rPr>
              <w:t>Phase 2</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Partner services</w:t>
            </w:r>
          </w:p>
        </w:tc>
        <w:tc>
          <w:tcPr>
            <w:tcW w:type="dxa" w:w="3456"/>
            <w:tcMar>
              <w:top w:w="80" w:type="dxa"/>
              <w:start w:w="80" w:type="dxa"/>
              <w:bottom w:w="80" w:type="dxa"/>
              <w:end w:w="80" w:type="dxa"/>
            </w:tcMar>
            <w:vAlign w:val="top"/>
          </w:tcPr>
          <w:p>
            <w:r>
              <w:rPr>
                <w:rFonts w:ascii="Aptos" w:hAnsi="Aptos" w:eastAsia="Aptos"/>
                <w:b w:val="0"/>
                <w:i w:val="0"/>
                <w:color w:val="151515"/>
                <w:sz w:val="18"/>
              </w:rPr>
              <w:t>Logistics, inspection, insurance, legal, finance and advisory providers.</w:t>
            </w:r>
          </w:p>
        </w:tc>
        <w:tc>
          <w:tcPr>
            <w:tcW w:type="dxa" w:w="3456"/>
            <w:tcMar>
              <w:top w:w="80" w:type="dxa"/>
              <w:start w:w="80" w:type="dxa"/>
              <w:bottom w:w="80" w:type="dxa"/>
              <w:end w:w="80" w:type="dxa"/>
            </w:tcMar>
            <w:vAlign w:val="top"/>
          </w:tcPr>
          <w:p>
            <w:r>
              <w:rPr>
                <w:rFonts w:ascii="Aptos" w:hAnsi="Aptos" w:eastAsia="Aptos"/>
                <w:b w:val="0"/>
                <w:i w:val="0"/>
                <w:color w:val="151515"/>
                <w:sz w:val="18"/>
              </w:rPr>
              <w:t>Phase 3</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Institutional reporting</w:t>
            </w:r>
          </w:p>
        </w:tc>
        <w:tc>
          <w:tcPr>
            <w:tcW w:type="dxa" w:w="3456"/>
            <w:tcMar>
              <w:top w:w="80" w:type="dxa"/>
              <w:start w:w="80" w:type="dxa"/>
              <w:bottom w:w="80" w:type="dxa"/>
              <w:end w:w="80" w:type="dxa"/>
            </w:tcMar>
            <w:vAlign w:val="top"/>
          </w:tcPr>
          <w:p>
            <w:r>
              <w:rPr>
                <w:rFonts w:ascii="Aptos" w:hAnsi="Aptos" w:eastAsia="Aptos"/>
                <w:b w:val="0"/>
                <w:i w:val="0"/>
                <w:color w:val="151515"/>
                <w:sz w:val="18"/>
              </w:rPr>
              <w:t>Aggregated performance reports and confidence metrics for partners.</w:t>
            </w:r>
          </w:p>
        </w:tc>
        <w:tc>
          <w:tcPr>
            <w:tcW w:type="dxa" w:w="3456"/>
            <w:tcMar>
              <w:top w:w="80" w:type="dxa"/>
              <w:start w:w="80" w:type="dxa"/>
              <w:bottom w:w="80" w:type="dxa"/>
              <w:end w:w="80" w:type="dxa"/>
            </w:tcMar>
            <w:vAlign w:val="top"/>
          </w:tcPr>
          <w:p>
            <w:r>
              <w:rPr>
                <w:rFonts w:ascii="Aptos" w:hAnsi="Aptos" w:eastAsia="Aptos"/>
                <w:b w:val="0"/>
                <w:i w:val="0"/>
                <w:color w:val="151515"/>
                <w:sz w:val="18"/>
              </w:rPr>
              <w:t>Phase 4</w:t>
            </w:r>
          </w:p>
        </w:tc>
      </w:tr>
    </w:tbl>
    <w:p>
      <w:pPr>
        <w:spacing w:after="20"/>
      </w:pPr>
    </w:p>
    <w:p>
      <w:pPr>
        <w:pStyle w:val="Heading2"/>
        <w:spacing w:before="100" w:after="80"/>
      </w:pPr>
      <w:r>
        <w:rPr>
          <w:rFonts w:ascii="Georgia" w:hAnsi="Georgia"/>
          <w:b/>
          <w:color w:val="0B2A22"/>
          <w:sz w:val="30"/>
        </w:rPr>
        <w:t>Platform guardrails</w:t>
      </w:r>
    </w:p>
    <w:p>
      <w:pPr>
        <w:pStyle w:val="ListBullet"/>
        <w:spacing w:after="60"/>
      </w:pPr>
      <w:r>
        <w:rPr>
          <w:rFonts w:ascii="Aptos" w:hAnsi="Aptos" w:eastAsia="Aptos"/>
          <w:b w:val="0"/>
          <w:i w:val="0"/>
          <w:color w:val="151515"/>
          <w:sz w:val="21"/>
        </w:rPr>
        <w:t>No anonymous public listings during early growth.</w:t>
      </w:r>
    </w:p>
    <w:p>
      <w:pPr>
        <w:pStyle w:val="ListBullet"/>
        <w:spacing w:after="60"/>
      </w:pPr>
      <w:r>
        <w:rPr>
          <w:rFonts w:ascii="Aptos" w:hAnsi="Aptos" w:eastAsia="Aptos"/>
          <w:b w:val="0"/>
          <w:i w:val="0"/>
          <w:color w:val="151515"/>
          <w:sz w:val="21"/>
        </w:rPr>
        <w:t>No unmanaged forwarding of documents outside approved deal rooms.</w:t>
      </w:r>
    </w:p>
    <w:p>
      <w:pPr>
        <w:pStyle w:val="ListBullet"/>
        <w:spacing w:after="60"/>
      </w:pPr>
      <w:r>
        <w:rPr>
          <w:rFonts w:ascii="Aptos" w:hAnsi="Aptos" w:eastAsia="Aptos"/>
          <w:b w:val="0"/>
          <w:i w:val="0"/>
          <w:color w:val="151515"/>
          <w:sz w:val="21"/>
        </w:rPr>
        <w:t>No title, mandate or allocation claims without supporting evidence.</w:t>
      </w:r>
    </w:p>
    <w:p>
      <w:pPr>
        <w:pStyle w:val="ListBullet"/>
        <w:spacing w:after="60"/>
      </w:pPr>
      <w:r>
        <w:rPr>
          <w:rFonts w:ascii="Aptos" w:hAnsi="Aptos" w:eastAsia="Aptos"/>
          <w:b w:val="0"/>
          <w:i w:val="0"/>
          <w:color w:val="151515"/>
          <w:sz w:val="21"/>
        </w:rPr>
        <w:t>No open-brokerage chains unless all parties disclose role, authority and compensation.</w:t>
      </w:r>
    </w:p>
    <w:p>
      <w:pPr>
        <w:pStyle w:val="ListBullet"/>
        <w:spacing w:after="60"/>
      </w:pPr>
      <w:r>
        <w:rPr>
          <w:rFonts w:ascii="Aptos" w:hAnsi="Aptos" w:eastAsia="Aptos"/>
          <w:b w:val="0"/>
          <w:i w:val="0"/>
          <w:color w:val="151515"/>
          <w:sz w:val="21"/>
        </w:rPr>
        <w:t>Every high-value transaction should have a designated trade file and accountable lead.</w:t>
      </w:r>
    </w:p>
    <w:p>
      <w:pPr>
        <w:pStyle w:val="Heading1"/>
        <w:spacing w:before="120" w:after="160"/>
      </w:pPr>
      <w:r>
        <w:rPr>
          <w:rFonts w:ascii="Georgia" w:hAnsi="Georgia"/>
          <w:b/>
          <w:color w:val="041220"/>
          <w:sz w:val="40"/>
        </w:rPr>
        <w:t>10. Country, Corridor and Sector Growth Model</w:t>
      </w:r>
    </w:p>
    <w:p>
      <w:pPr>
        <w:spacing w:after="120" w:line="259" w:lineRule="auto"/>
      </w:pPr>
      <w:r>
        <w:rPr>
          <w:rFonts w:ascii="Aptos" w:hAnsi="Aptos" w:eastAsia="Aptos"/>
          <w:b w:val="0"/>
          <w:i w:val="0"/>
          <w:color w:val="151515"/>
          <w:sz w:val="21"/>
        </w:rPr>
        <w:t>AfriDirect should not try to cover every market immediately. The most credible growth path is to select priority countries, identify a few highly respected leaders in each market, then organize opportunities through corridor and sector tables.</w:t>
      </w:r>
    </w:p>
    <w:p>
      <w:pPr>
        <w:pStyle w:val="Heading2"/>
        <w:spacing w:before="100" w:after="80"/>
      </w:pPr>
      <w:r>
        <w:rPr>
          <w:rFonts w:ascii="Georgia" w:hAnsi="Georgia"/>
          <w:b/>
          <w:color w:val="0B2A22"/>
          <w:sz w:val="30"/>
        </w:rPr>
        <w:t>Country circle model</w:t>
      </w:r>
    </w:p>
    <w:tbl>
      <w:tblPr>
        <w:tblStyle w:val="TableGrid"/>
        <w:tblW w:type="auto" w:w="0"/>
        <w:jc w:val="center"/>
        <w:tblLook w:firstColumn="1" w:firstRow="1" w:lastColumn="0" w:lastRow="0" w:noHBand="0" w:noVBand="1" w:val="04A0"/>
      </w:tblPr>
      <w:tblGrid>
        <w:gridCol w:w="5184"/>
        <w:gridCol w:w="5184"/>
      </w:tblGrid>
      <w:tr>
        <w:trPr>
          <w:tblHeader w:val="true"/>
        </w:trPr>
        <w:tc>
          <w:tcPr>
            <w:tcW w:type="dxa" w:w="5184"/>
            <w:shd w:fill="041220"/>
            <w:tcMar>
              <w:top w:w="80" w:type="dxa"/>
              <w:start w:w="80" w:type="dxa"/>
              <w:bottom w:w="80" w:type="dxa"/>
              <w:end w:w="80" w:type="dxa"/>
            </w:tcMar>
            <w:vAlign w:val="center"/>
          </w:tcPr>
          <w:p>
            <w:r>
              <w:rPr>
                <w:rFonts w:ascii="Aptos" w:hAnsi="Aptos" w:eastAsia="Aptos"/>
                <w:b/>
                <w:i w:val="0"/>
                <w:color w:val="FAF8F2"/>
                <w:sz w:val="18"/>
              </w:rPr>
              <w:t>Role</w:t>
            </w:r>
          </w:p>
        </w:tc>
        <w:tc>
          <w:tcPr>
            <w:tcW w:type="dxa" w:w="5184"/>
            <w:shd w:fill="041220"/>
            <w:tcMar>
              <w:top w:w="80" w:type="dxa"/>
              <w:start w:w="80" w:type="dxa"/>
              <w:bottom w:w="80" w:type="dxa"/>
              <w:end w:w="80" w:type="dxa"/>
            </w:tcMar>
            <w:vAlign w:val="center"/>
          </w:tcPr>
          <w:p>
            <w:r>
              <w:rPr>
                <w:rFonts w:ascii="Aptos" w:hAnsi="Aptos" w:eastAsia="Aptos"/>
                <w:b/>
                <w:i w:val="0"/>
                <w:color w:val="FAF8F2"/>
                <w:sz w:val="18"/>
              </w:rPr>
              <w:t>Function</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Country Chair</w:t>
            </w:r>
          </w:p>
        </w:tc>
        <w:tc>
          <w:tcPr>
            <w:tcW w:type="dxa" w:w="5184"/>
            <w:tcMar>
              <w:top w:w="80" w:type="dxa"/>
              <w:start w:w="80" w:type="dxa"/>
              <w:bottom w:w="80" w:type="dxa"/>
              <w:end w:w="80" w:type="dxa"/>
            </w:tcMar>
            <w:vAlign w:val="top"/>
          </w:tcPr>
          <w:p>
            <w:r>
              <w:rPr>
                <w:rFonts w:ascii="Aptos" w:hAnsi="Aptos" w:eastAsia="Aptos"/>
                <w:b w:val="0"/>
                <w:i w:val="0"/>
                <w:color w:val="151515"/>
                <w:sz w:val="18"/>
              </w:rPr>
              <w:t>Respected leader who helps identify credible members, priority sectors and strategic partners.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Founding Members</w:t>
            </w:r>
          </w:p>
        </w:tc>
        <w:tc>
          <w:tcPr>
            <w:tcW w:type="dxa" w:w="5184"/>
            <w:tcMar>
              <w:top w:w="80" w:type="dxa"/>
              <w:start w:w="80" w:type="dxa"/>
              <w:bottom w:w="80" w:type="dxa"/>
              <w:end w:w="80" w:type="dxa"/>
            </w:tcMar>
            <w:vAlign w:val="top"/>
          </w:tcPr>
          <w:p>
            <w:r>
              <w:rPr>
                <w:rFonts w:ascii="Aptos" w:hAnsi="Aptos" w:eastAsia="Aptos"/>
                <w:b w:val="0"/>
                <w:i w:val="0"/>
                <w:color w:val="151515"/>
                <w:sz w:val="18"/>
              </w:rPr>
              <w:t>Small circle of proven leaders who bring real opportunities and local credibility.</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Verification Desk</w:t>
            </w:r>
          </w:p>
        </w:tc>
        <w:tc>
          <w:tcPr>
            <w:tcW w:type="dxa" w:w="5184"/>
            <w:tcMar>
              <w:top w:w="80" w:type="dxa"/>
              <w:start w:w="80" w:type="dxa"/>
              <w:bottom w:w="80" w:type="dxa"/>
              <w:end w:w="80" w:type="dxa"/>
            </w:tcMar>
            <w:vAlign w:val="top"/>
          </w:tcPr>
          <w:p>
            <w:r>
              <w:rPr>
                <w:rFonts w:ascii="Aptos" w:hAnsi="Aptos" w:eastAsia="Aptos"/>
                <w:b w:val="0"/>
                <w:i w:val="0"/>
                <w:color w:val="151515"/>
                <w:sz w:val="18"/>
              </w:rPr>
              <w:t>Coordinates member review and trade-file discipline for country opportunities.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Sector Leads</w:t>
            </w:r>
          </w:p>
        </w:tc>
        <w:tc>
          <w:tcPr>
            <w:tcW w:type="dxa" w:w="5184"/>
            <w:tcMar>
              <w:top w:w="80" w:type="dxa"/>
              <w:start w:w="80" w:type="dxa"/>
              <w:bottom w:w="80" w:type="dxa"/>
              <w:end w:w="80" w:type="dxa"/>
            </w:tcMar>
            <w:vAlign w:val="top"/>
          </w:tcPr>
          <w:p>
            <w:r>
              <w:rPr>
                <w:rFonts w:ascii="Aptos" w:hAnsi="Aptos" w:eastAsia="Aptos"/>
                <w:b w:val="0"/>
                <w:i w:val="0"/>
                <w:color w:val="151515"/>
                <w:sz w:val="18"/>
              </w:rPr>
              <w:t>Specialists for agriculture, mining, logistics, infrastructure, manufacturing, energy or aviation.</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Institutional Partners</w:t>
            </w:r>
          </w:p>
        </w:tc>
        <w:tc>
          <w:tcPr>
            <w:tcW w:type="dxa" w:w="5184"/>
            <w:tcMar>
              <w:top w:w="80" w:type="dxa"/>
              <w:start w:w="80" w:type="dxa"/>
              <w:bottom w:w="80" w:type="dxa"/>
              <w:end w:w="80" w:type="dxa"/>
            </w:tcMar>
            <w:vAlign w:val="top"/>
          </w:tcPr>
          <w:p>
            <w:r>
              <w:rPr>
                <w:rFonts w:ascii="Aptos" w:hAnsi="Aptos" w:eastAsia="Aptos"/>
                <w:b w:val="0"/>
                <w:i w:val="0"/>
                <w:color w:val="151515"/>
                <w:sz w:val="18"/>
              </w:rPr>
              <w:t>Banks, insurers, legal firms, logistics providers, inspection firms and development partners.</w:t>
            </w:r>
          </w:p>
        </w:tc>
      </w:tr>
    </w:tbl>
    <w:p>
      <w:pPr>
        <w:spacing w:after="20"/>
      </w:pPr>
    </w:p>
    <w:p>
      <w:pPr>
        <w:pStyle w:val="Heading2"/>
        <w:spacing w:before="100" w:after="80"/>
      </w:pPr>
      <w:r>
        <w:rPr>
          <w:rFonts w:ascii="Georgia" w:hAnsi="Georgia"/>
          <w:b/>
          <w:color w:val="0B2A22"/>
          <w:sz w:val="30"/>
        </w:rPr>
        <w:t>Initial sector priorities</w:t>
      </w:r>
    </w:p>
    <w:tbl>
      <w:tblPr>
        <w:tblStyle w:val="TableGrid"/>
        <w:tblW w:type="auto" w:w="0"/>
        <w:jc w:val="center"/>
        <w:tblLook w:firstColumn="1" w:firstRow="1" w:lastColumn="0" w:lastRow="0" w:noHBand="0" w:noVBand="1" w:val="04A0"/>
      </w:tblPr>
      <w:tblGrid>
        <w:gridCol w:w="5184"/>
        <w:gridCol w:w="5184"/>
      </w:tblGrid>
      <w:tr>
        <w:trPr>
          <w:tblHeader w:val="true"/>
        </w:trPr>
        <w:tc>
          <w:tcPr>
            <w:tcW w:type="dxa" w:w="5184"/>
            <w:shd w:fill="041220"/>
            <w:tcMar>
              <w:top w:w="80" w:type="dxa"/>
              <w:start w:w="80" w:type="dxa"/>
              <w:bottom w:w="80" w:type="dxa"/>
              <w:end w:w="80" w:type="dxa"/>
            </w:tcMar>
            <w:vAlign w:val="center"/>
          </w:tcPr>
          <w:p>
            <w:r>
              <w:rPr>
                <w:rFonts w:ascii="Aptos" w:hAnsi="Aptos" w:eastAsia="Aptos"/>
                <w:b/>
                <w:i w:val="0"/>
                <w:color w:val="FAF8F2"/>
                <w:sz w:val="18"/>
              </w:rPr>
              <w:t>Sector</w:t>
            </w:r>
          </w:p>
        </w:tc>
        <w:tc>
          <w:tcPr>
            <w:tcW w:type="dxa" w:w="5184"/>
            <w:shd w:fill="041220"/>
            <w:tcMar>
              <w:top w:w="80" w:type="dxa"/>
              <w:start w:w="80" w:type="dxa"/>
              <w:bottom w:w="80" w:type="dxa"/>
              <w:end w:w="80" w:type="dxa"/>
            </w:tcMar>
            <w:vAlign w:val="center"/>
          </w:tcPr>
          <w:p>
            <w:r>
              <w:rPr>
                <w:rFonts w:ascii="Aptos" w:hAnsi="Aptos" w:eastAsia="Aptos"/>
                <w:b/>
                <w:i w:val="0"/>
                <w:color w:val="FAF8F2"/>
                <w:sz w:val="18"/>
              </w:rPr>
              <w:t>Why It Fits AfriDirect</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Agriculture and food systems</w:t>
            </w:r>
          </w:p>
        </w:tc>
        <w:tc>
          <w:tcPr>
            <w:tcW w:type="dxa" w:w="5184"/>
            <w:tcMar>
              <w:top w:w="80" w:type="dxa"/>
              <w:start w:w="80" w:type="dxa"/>
              <w:bottom w:w="80" w:type="dxa"/>
              <w:end w:w="80" w:type="dxa"/>
            </w:tcMar>
            <w:vAlign w:val="top"/>
          </w:tcPr>
          <w:p>
            <w:r>
              <w:rPr>
                <w:rFonts w:ascii="Aptos" w:hAnsi="Aptos" w:eastAsia="Aptos"/>
                <w:b w:val="0"/>
                <w:i w:val="0"/>
                <w:color w:val="151515"/>
                <w:sz w:val="18"/>
              </w:rPr>
              <w:t>High potential for direct buyer-producer relationships, aggregation, processing and trade finance readiness.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Community mining and minerals</w:t>
            </w:r>
          </w:p>
        </w:tc>
        <w:tc>
          <w:tcPr>
            <w:tcW w:type="dxa" w:w="5184"/>
            <w:tcMar>
              <w:top w:w="80" w:type="dxa"/>
              <w:start w:w="80" w:type="dxa"/>
              <w:bottom w:w="80" w:type="dxa"/>
              <w:end w:w="80" w:type="dxa"/>
            </w:tcMar>
            <w:vAlign w:val="top"/>
          </w:tcPr>
          <w:p>
            <w:r>
              <w:rPr>
                <w:rFonts w:ascii="Aptos" w:hAnsi="Aptos" w:eastAsia="Aptos"/>
                <w:b w:val="0"/>
                <w:i w:val="0"/>
                <w:color w:val="151515"/>
                <w:sz w:val="18"/>
              </w:rPr>
              <w:t>Strong need for verification, title discipline, ethical sourcing and controlled documentation.</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Logistics and trade infrastructure</w:t>
            </w:r>
          </w:p>
        </w:tc>
        <w:tc>
          <w:tcPr>
            <w:tcW w:type="dxa" w:w="5184"/>
            <w:tcMar>
              <w:top w:w="80" w:type="dxa"/>
              <w:start w:w="80" w:type="dxa"/>
              <w:bottom w:w="80" w:type="dxa"/>
              <w:end w:w="80" w:type="dxa"/>
            </w:tcMar>
            <w:vAlign w:val="top"/>
          </w:tcPr>
          <w:p>
            <w:r>
              <w:rPr>
                <w:rFonts w:ascii="Aptos" w:hAnsi="Aptos" w:eastAsia="Aptos"/>
                <w:b w:val="0"/>
                <w:i w:val="0"/>
                <w:color w:val="151515"/>
                <w:sz w:val="18"/>
              </w:rPr>
              <w:t>Essential for execution, corridor reliability and cost reduction.</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Manufacturing and processing</w:t>
            </w:r>
          </w:p>
        </w:tc>
        <w:tc>
          <w:tcPr>
            <w:tcW w:type="dxa" w:w="5184"/>
            <w:tcMar>
              <w:top w:w="80" w:type="dxa"/>
              <w:start w:w="80" w:type="dxa"/>
              <w:bottom w:w="80" w:type="dxa"/>
              <w:end w:w="80" w:type="dxa"/>
            </w:tcMar>
            <w:vAlign w:val="top"/>
          </w:tcPr>
          <w:p>
            <w:r>
              <w:rPr>
                <w:rFonts w:ascii="Aptos" w:hAnsi="Aptos" w:eastAsia="Aptos"/>
                <w:b w:val="0"/>
                <w:i w:val="0"/>
                <w:color w:val="151515"/>
                <w:sz w:val="18"/>
              </w:rPr>
              <w:t>Supports value addition, local employment and trade diversification.</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Energy and infrastructure</w:t>
            </w:r>
          </w:p>
        </w:tc>
        <w:tc>
          <w:tcPr>
            <w:tcW w:type="dxa" w:w="5184"/>
            <w:tcMar>
              <w:top w:w="80" w:type="dxa"/>
              <w:start w:w="80" w:type="dxa"/>
              <w:bottom w:w="80" w:type="dxa"/>
              <w:end w:w="80" w:type="dxa"/>
            </w:tcMar>
            <w:vAlign w:val="top"/>
          </w:tcPr>
          <w:p>
            <w:r>
              <w:rPr>
                <w:rFonts w:ascii="Aptos" w:hAnsi="Aptos" w:eastAsia="Aptos"/>
                <w:b w:val="0"/>
                <w:i w:val="0"/>
                <w:color w:val="151515"/>
                <w:sz w:val="18"/>
              </w:rPr>
              <w:t>Requires credible partners, financing readiness and institutional-grade documentation.</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Aviation and specialized services</w:t>
            </w:r>
          </w:p>
        </w:tc>
        <w:tc>
          <w:tcPr>
            <w:tcW w:type="dxa" w:w="5184"/>
            <w:tcMar>
              <w:top w:w="80" w:type="dxa"/>
              <w:start w:w="80" w:type="dxa"/>
              <w:bottom w:w="80" w:type="dxa"/>
              <w:end w:w="80" w:type="dxa"/>
            </w:tcMar>
            <w:vAlign w:val="top"/>
          </w:tcPr>
          <w:p>
            <w:r>
              <w:rPr>
                <w:rFonts w:ascii="Aptos" w:hAnsi="Aptos" w:eastAsia="Aptos"/>
                <w:b w:val="0"/>
                <w:i w:val="0"/>
                <w:color w:val="151515"/>
                <w:sz w:val="18"/>
              </w:rPr>
              <w:t>Fits high-trust regional access, logistics support and executive connectivity.</w:t>
            </w:r>
          </w:p>
        </w:tc>
      </w:tr>
    </w:tbl>
    <w:p>
      <w:pPr>
        <w:spacing w:after="20"/>
      </w:pPr>
    </w:p>
    <w:p>
      <w:pPr>
        <w:pStyle w:val="Heading1"/>
        <w:spacing w:before="120" w:after="160"/>
      </w:pPr>
      <w:r>
        <w:rPr>
          <w:rFonts w:ascii="Georgia" w:hAnsi="Georgia"/>
          <w:b/>
          <w:color w:val="041220"/>
          <w:sz w:val="40"/>
        </w:rPr>
        <w:t>11. Revenue Architecture and Commercial Logic</w:t>
      </w:r>
    </w:p>
    <w:p>
      <w:pPr>
        <w:spacing w:after="120" w:line="259" w:lineRule="auto"/>
      </w:pPr>
      <w:r>
        <w:rPr>
          <w:rFonts w:ascii="Aptos" w:hAnsi="Aptos" w:eastAsia="Aptos"/>
          <w:b w:val="0"/>
          <w:i w:val="0"/>
          <w:color w:val="151515"/>
          <w:sz w:val="21"/>
        </w:rPr>
        <w:t>The commercial model should preserve prestige while building recurring revenue. Early revenue should come from founding membership, annual membership and verification/support fees. Later revenue can include marketplace subscriptions, transaction success fees, premium intelligence and institutional partner services.</w:t>
      </w:r>
    </w:p>
    <w:tbl>
      <w:tblPr>
        <w:tblStyle w:val="TableGrid"/>
        <w:tblW w:type="auto" w:w="0"/>
        <w:jc w:val="center"/>
        <w:tblLook w:firstColumn="1" w:firstRow="1" w:lastColumn="0" w:lastRow="0" w:noHBand="0" w:noVBand="1" w:val="04A0"/>
      </w:tblPr>
      <w:tblGrid>
        <w:gridCol w:w="3456"/>
        <w:gridCol w:w="3456"/>
        <w:gridCol w:w="3456"/>
      </w:tblGrid>
      <w:tr>
        <w:trPr>
          <w:tblHeader w:val="true"/>
        </w:trPr>
        <w:tc>
          <w:tcPr>
            <w:tcW w:type="dxa" w:w="3456"/>
            <w:shd w:fill="041220"/>
            <w:tcMar>
              <w:top w:w="80" w:type="dxa"/>
              <w:start w:w="80" w:type="dxa"/>
              <w:bottom w:w="80" w:type="dxa"/>
              <w:end w:w="80" w:type="dxa"/>
            </w:tcMar>
            <w:vAlign w:val="center"/>
          </w:tcPr>
          <w:p>
            <w:r>
              <w:rPr>
                <w:rFonts w:ascii="Aptos" w:hAnsi="Aptos" w:eastAsia="Aptos"/>
                <w:b/>
                <w:i w:val="0"/>
                <w:color w:val="FAF8F2"/>
                <w:sz w:val="18"/>
              </w:rPr>
              <w:t>Revenue Stream</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Timing</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Notes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Founding member contribution</w:t>
            </w:r>
          </w:p>
        </w:tc>
        <w:tc>
          <w:tcPr>
            <w:tcW w:type="dxa" w:w="3456"/>
            <w:tcMar>
              <w:top w:w="80" w:type="dxa"/>
              <w:start w:w="80" w:type="dxa"/>
              <w:bottom w:w="80" w:type="dxa"/>
              <w:end w:w="80" w:type="dxa"/>
            </w:tcMar>
            <w:vAlign w:val="top"/>
          </w:tcPr>
          <w:p>
            <w:r>
              <w:rPr>
                <w:rFonts w:ascii="Aptos" w:hAnsi="Aptos" w:eastAsia="Aptos"/>
                <w:b w:val="0"/>
                <w:i w:val="0"/>
                <w:color w:val="151515"/>
                <w:sz w:val="18"/>
              </w:rPr>
              <w:t>Launch</w:t>
            </w:r>
          </w:p>
        </w:tc>
        <w:tc>
          <w:tcPr>
            <w:tcW w:type="dxa" w:w="3456"/>
            <w:tcMar>
              <w:top w:w="80" w:type="dxa"/>
              <w:start w:w="80" w:type="dxa"/>
              <w:bottom w:w="80" w:type="dxa"/>
              <w:end w:w="80" w:type="dxa"/>
            </w:tcMar>
            <w:vAlign w:val="top"/>
          </w:tcPr>
          <w:p>
            <w:r>
              <w:rPr>
                <w:rFonts w:ascii="Aptos" w:hAnsi="Aptos" w:eastAsia="Aptos"/>
                <w:b w:val="0"/>
                <w:i w:val="0"/>
                <w:color w:val="151515"/>
                <w:sz w:val="18"/>
              </w:rPr>
              <w:t>One-time premium contribution for early members shaping the club.</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Annual elite membership</w:t>
            </w:r>
          </w:p>
        </w:tc>
        <w:tc>
          <w:tcPr>
            <w:tcW w:type="dxa" w:w="3456"/>
            <w:tcMar>
              <w:top w:w="80" w:type="dxa"/>
              <w:start w:w="80" w:type="dxa"/>
              <w:bottom w:w="80" w:type="dxa"/>
              <w:end w:w="80" w:type="dxa"/>
            </w:tcMar>
            <w:vAlign w:val="top"/>
          </w:tcPr>
          <w:p>
            <w:r>
              <w:rPr>
                <w:rFonts w:ascii="Aptos" w:hAnsi="Aptos" w:eastAsia="Aptos"/>
                <w:b w:val="0"/>
                <w:i w:val="0"/>
                <w:color w:val="151515"/>
                <w:sz w:val="18"/>
              </w:rPr>
              <w:t>Launch onward</w:t>
            </w:r>
          </w:p>
        </w:tc>
        <w:tc>
          <w:tcPr>
            <w:tcW w:type="dxa" w:w="3456"/>
            <w:tcMar>
              <w:top w:w="80" w:type="dxa"/>
              <w:start w:w="80" w:type="dxa"/>
              <w:bottom w:w="80" w:type="dxa"/>
              <w:end w:w="80" w:type="dxa"/>
            </w:tcMar>
            <w:vAlign w:val="top"/>
          </w:tcPr>
          <w:p>
            <w:r>
              <w:rPr>
                <w:rFonts w:ascii="Aptos" w:hAnsi="Aptos" w:eastAsia="Aptos"/>
                <w:b w:val="0"/>
                <w:i w:val="0"/>
                <w:color w:val="151515"/>
                <w:sz w:val="18"/>
              </w:rPr>
              <w:t>Recurring access to the inner circle, briefings, deal rooms and priority opportunities.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Verification and DTC/DTI support fees</w:t>
            </w:r>
          </w:p>
        </w:tc>
        <w:tc>
          <w:tcPr>
            <w:tcW w:type="dxa" w:w="3456"/>
            <w:tcMar>
              <w:top w:w="80" w:type="dxa"/>
              <w:start w:w="80" w:type="dxa"/>
              <w:bottom w:w="80" w:type="dxa"/>
              <w:end w:w="80" w:type="dxa"/>
            </w:tcMar>
            <w:vAlign w:val="top"/>
          </w:tcPr>
          <w:p>
            <w:r>
              <w:rPr>
                <w:rFonts w:ascii="Aptos" w:hAnsi="Aptos" w:eastAsia="Aptos"/>
                <w:b w:val="0"/>
                <w:i w:val="0"/>
                <w:color w:val="151515"/>
                <w:sz w:val="18"/>
              </w:rPr>
              <w:t>Launch onward</w:t>
            </w:r>
          </w:p>
        </w:tc>
        <w:tc>
          <w:tcPr>
            <w:tcW w:type="dxa" w:w="3456"/>
            <w:tcMar>
              <w:top w:w="80" w:type="dxa"/>
              <w:start w:w="80" w:type="dxa"/>
              <w:bottom w:w="80" w:type="dxa"/>
              <w:end w:w="80" w:type="dxa"/>
            </w:tcMar>
            <w:vAlign w:val="top"/>
          </w:tcPr>
          <w:p>
            <w:r>
              <w:rPr>
                <w:rFonts w:ascii="Aptos" w:hAnsi="Aptos" w:eastAsia="Aptos"/>
                <w:b w:val="0"/>
                <w:i w:val="0"/>
                <w:color w:val="151515"/>
                <w:sz w:val="18"/>
              </w:rPr>
              <w:t>Fees for trade file creation, document support, title-control workflow and remedy support.</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Marketplace subscription</w:t>
            </w:r>
          </w:p>
        </w:tc>
        <w:tc>
          <w:tcPr>
            <w:tcW w:type="dxa" w:w="3456"/>
            <w:tcMar>
              <w:top w:w="80" w:type="dxa"/>
              <w:start w:w="80" w:type="dxa"/>
              <w:bottom w:w="80" w:type="dxa"/>
              <w:end w:w="80" w:type="dxa"/>
            </w:tcMar>
            <w:vAlign w:val="top"/>
          </w:tcPr>
          <w:p>
            <w:r>
              <w:rPr>
                <w:rFonts w:ascii="Aptos" w:hAnsi="Aptos" w:eastAsia="Aptos"/>
                <w:b w:val="0"/>
                <w:i w:val="0"/>
                <w:color w:val="151515"/>
                <w:sz w:val="18"/>
              </w:rPr>
              <w:t>Phase 2 onward</w:t>
            </w:r>
          </w:p>
        </w:tc>
        <w:tc>
          <w:tcPr>
            <w:tcW w:type="dxa" w:w="3456"/>
            <w:tcMar>
              <w:top w:w="80" w:type="dxa"/>
              <w:start w:w="80" w:type="dxa"/>
              <w:bottom w:w="80" w:type="dxa"/>
              <w:end w:w="80" w:type="dxa"/>
            </w:tcMar>
            <w:vAlign w:val="top"/>
          </w:tcPr>
          <w:p>
            <w:r>
              <w:rPr>
                <w:rFonts w:ascii="Aptos" w:hAnsi="Aptos" w:eastAsia="Aptos"/>
                <w:b w:val="0"/>
                <w:i w:val="0"/>
                <w:color w:val="151515"/>
                <w:sz w:val="18"/>
              </w:rPr>
              <w:t>Digital platform access for approved companies and partner desks.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Transaction success fee</w:t>
            </w:r>
          </w:p>
        </w:tc>
        <w:tc>
          <w:tcPr>
            <w:tcW w:type="dxa" w:w="3456"/>
            <w:tcMar>
              <w:top w:w="80" w:type="dxa"/>
              <w:start w:w="80" w:type="dxa"/>
              <w:bottom w:w="80" w:type="dxa"/>
              <w:end w:w="80" w:type="dxa"/>
            </w:tcMar>
            <w:vAlign w:val="top"/>
          </w:tcPr>
          <w:p>
            <w:r>
              <w:rPr>
                <w:rFonts w:ascii="Aptos" w:hAnsi="Aptos" w:eastAsia="Aptos"/>
                <w:b w:val="0"/>
                <w:i w:val="0"/>
                <w:color w:val="151515"/>
                <w:sz w:val="18"/>
              </w:rPr>
              <w:t>Phase 2/3 onward</w:t>
            </w:r>
          </w:p>
        </w:tc>
        <w:tc>
          <w:tcPr>
            <w:tcW w:type="dxa" w:w="3456"/>
            <w:tcMar>
              <w:top w:w="80" w:type="dxa"/>
              <w:start w:w="80" w:type="dxa"/>
              <w:bottom w:w="80" w:type="dxa"/>
              <w:end w:w="80" w:type="dxa"/>
            </w:tcMar>
            <w:vAlign w:val="top"/>
          </w:tcPr>
          <w:p>
            <w:r>
              <w:rPr>
                <w:rFonts w:ascii="Aptos" w:hAnsi="Aptos" w:eastAsia="Aptos"/>
                <w:b w:val="0"/>
                <w:i w:val="0"/>
                <w:color w:val="151515"/>
                <w:sz w:val="18"/>
              </w:rPr>
              <w:t>Carefully structured success fee where AfriDirect creates measurable trade value.</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Institutional partner services</w:t>
            </w:r>
          </w:p>
        </w:tc>
        <w:tc>
          <w:tcPr>
            <w:tcW w:type="dxa" w:w="3456"/>
            <w:tcMar>
              <w:top w:w="80" w:type="dxa"/>
              <w:start w:w="80" w:type="dxa"/>
              <w:bottom w:w="80" w:type="dxa"/>
              <w:end w:w="80" w:type="dxa"/>
            </w:tcMar>
            <w:vAlign w:val="top"/>
          </w:tcPr>
          <w:p>
            <w:r>
              <w:rPr>
                <w:rFonts w:ascii="Aptos" w:hAnsi="Aptos" w:eastAsia="Aptos"/>
                <w:b w:val="0"/>
                <w:i w:val="0"/>
                <w:color w:val="151515"/>
                <w:sz w:val="18"/>
              </w:rPr>
              <w:t>Phase 3/4 onward</w:t>
            </w:r>
          </w:p>
        </w:tc>
        <w:tc>
          <w:tcPr>
            <w:tcW w:type="dxa" w:w="3456"/>
            <w:tcMar>
              <w:top w:w="80" w:type="dxa"/>
              <w:start w:w="80" w:type="dxa"/>
              <w:bottom w:w="80" w:type="dxa"/>
              <w:end w:w="80" w:type="dxa"/>
            </w:tcMar>
            <w:vAlign w:val="top"/>
          </w:tcPr>
          <w:p>
            <w:r>
              <w:rPr>
                <w:rFonts w:ascii="Aptos" w:hAnsi="Aptos" w:eastAsia="Aptos"/>
                <w:b w:val="0"/>
                <w:i w:val="0"/>
                <w:color w:val="151515"/>
                <w:sz w:val="18"/>
              </w:rPr>
              <w:t>Data, due diligence packs, trade readiness reports and corridor programs.</w:t>
            </w:r>
          </w:p>
        </w:tc>
      </w:tr>
    </w:tbl>
    <w:p>
      <w:pPr>
        <w:spacing w:after="20"/>
      </w:pPr>
    </w:p>
    <w:tbl>
      <w:tblPr>
        <w:tblW w:type="auto" w:w="0"/>
        <w:jc w:val="center"/>
        <w:tblLayout w:type="autofit"/>
        <w:tblLook w:firstColumn="1" w:firstRow="1" w:lastColumn="0" w:lastRow="0" w:noHBand="0" w:noVBand="1" w:val="04A0"/>
      </w:tblPr>
      <w:tblGrid>
        <w:gridCol w:w="10368"/>
      </w:tblGrid>
      <w:tr>
        <w:tc>
          <w:tcPr>
            <w:tcW w:type="dxa" w:w="10368"/>
            <w:shd w:fill="0B2A22"/>
            <w:tcBorders>
              <w:top w:val="single" w:sz="8" w:space="0" w:color="C9A14A"/>
              <w:left w:val="single" w:sz="8" w:space="0" w:color="C9A14A"/>
              <w:bottom w:val="single" w:sz="8" w:space="0" w:color="C9A14A"/>
              <w:right w:val="single" w:sz="8" w:space="0" w:color="C9A14A"/>
            </w:tcBorders>
            <w:tcMar>
              <w:top w:w="160" w:type="dxa"/>
              <w:start w:w="160" w:type="dxa"/>
              <w:bottom w:w="160" w:type="dxa"/>
              <w:end w:w="160" w:type="dxa"/>
            </w:tcMar>
          </w:tcPr>
          <w:p>
            <w:r>
              <w:rPr>
                <w:rFonts w:ascii="Aptos" w:hAnsi="Aptos" w:eastAsia="Aptos"/>
                <w:b/>
                <w:i w:val="0"/>
                <w:color w:val="E2C16D"/>
                <w:sz w:val="20"/>
              </w:rPr>
              <w:t>ECONOMIC PRINCIPLE</w:t>
            </w:r>
          </w:p>
          <w:p>
            <w:r>
              <w:rPr>
                <w:rFonts w:ascii="Aptos" w:hAnsi="Aptos" w:eastAsia="Aptos"/>
                <w:b w:val="0"/>
                <w:i w:val="0"/>
                <w:color w:val="FAF8F2"/>
                <w:sz w:val="22"/>
              </w:rPr>
              <w:t>AfriDirect should earn revenue by increasing real trade productivity: reducing search cost, lowering verification friction, protecting margin and improving counterpart confidence.</w:t>
            </w:r>
          </w:p>
        </w:tc>
      </w:tr>
    </w:tbl>
    <w:p>
      <w:pPr>
        <w:spacing w:after="40"/>
      </w:pPr>
    </w:p>
    <w:p>
      <w:pPr>
        <w:pStyle w:val="Heading1"/>
        <w:spacing w:before="120" w:after="160"/>
      </w:pPr>
      <w:r>
        <w:rPr>
          <w:rFonts w:ascii="Georgia" w:hAnsi="Georgia"/>
          <w:b/>
          <w:color w:val="041220"/>
          <w:sz w:val="40"/>
        </w:rPr>
        <w:t>12. Implementation Roadmap</w:t>
      </w:r>
    </w:p>
    <w:tbl>
      <w:tblPr>
        <w:tblStyle w:val="TableGrid"/>
        <w:tblW w:type="auto" w:w="0"/>
        <w:jc w:val="center"/>
        <w:tblLook w:firstColumn="1" w:firstRow="1" w:lastColumn="0" w:lastRow="0" w:noHBand="0" w:noVBand="1" w:val="04A0"/>
      </w:tblPr>
      <w:tblGrid>
        <w:gridCol w:w="3456"/>
        <w:gridCol w:w="3456"/>
        <w:gridCol w:w="3456"/>
      </w:tblGrid>
      <w:tr>
        <w:trPr>
          <w:tblHeader w:val="true"/>
        </w:trPr>
        <w:tc>
          <w:tcPr>
            <w:tcW w:type="dxa" w:w="3456"/>
            <w:shd w:fill="041220"/>
            <w:tcMar>
              <w:top w:w="80" w:type="dxa"/>
              <w:start w:w="80" w:type="dxa"/>
              <w:bottom w:w="80" w:type="dxa"/>
              <w:end w:w="80" w:type="dxa"/>
            </w:tcMar>
            <w:vAlign w:val="center"/>
          </w:tcPr>
          <w:p>
            <w:r>
              <w:rPr>
                <w:rFonts w:ascii="Aptos" w:hAnsi="Aptos" w:eastAsia="Aptos"/>
                <w:b/>
                <w:i w:val="0"/>
                <w:color w:val="FAF8F2"/>
                <w:sz w:val="18"/>
              </w:rPr>
              <w:t>Period</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Priority</w:t>
            </w:r>
          </w:p>
        </w:tc>
        <w:tc>
          <w:tcPr>
            <w:tcW w:type="dxa" w:w="3456"/>
            <w:shd w:fill="041220"/>
            <w:tcMar>
              <w:top w:w="80" w:type="dxa"/>
              <w:start w:w="80" w:type="dxa"/>
              <w:bottom w:w="80" w:type="dxa"/>
              <w:end w:w="80" w:type="dxa"/>
            </w:tcMar>
            <w:vAlign w:val="center"/>
          </w:tcPr>
          <w:p>
            <w:r>
              <w:rPr>
                <w:rFonts w:ascii="Aptos" w:hAnsi="Aptos" w:eastAsia="Aptos"/>
                <w:b/>
                <w:i w:val="0"/>
                <w:color w:val="FAF8F2"/>
                <w:sz w:val="18"/>
              </w:rPr>
              <w:t>Key Outputs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0–30 days</w:t>
            </w:r>
          </w:p>
        </w:tc>
        <w:tc>
          <w:tcPr>
            <w:tcW w:type="dxa" w:w="3456"/>
            <w:tcMar>
              <w:top w:w="80" w:type="dxa"/>
              <w:start w:w="80" w:type="dxa"/>
              <w:bottom w:w="80" w:type="dxa"/>
              <w:end w:w="80" w:type="dxa"/>
            </w:tcMar>
            <w:vAlign w:val="top"/>
          </w:tcPr>
          <w:p>
            <w:r>
              <w:rPr>
                <w:rFonts w:ascii="Aptos" w:hAnsi="Aptos" w:eastAsia="Aptos"/>
                <w:b w:val="0"/>
                <w:i w:val="0"/>
                <w:color w:val="151515"/>
                <w:sz w:val="18"/>
              </w:rPr>
              <w:t>Define founding club and launch materials</w:t>
            </w:r>
          </w:p>
        </w:tc>
        <w:tc>
          <w:tcPr>
            <w:tcW w:type="dxa" w:w="3456"/>
            <w:tcMar>
              <w:top w:w="80" w:type="dxa"/>
              <w:start w:w="80" w:type="dxa"/>
              <w:bottom w:w="80" w:type="dxa"/>
              <w:end w:w="80" w:type="dxa"/>
            </w:tcMar>
            <w:vAlign w:val="top"/>
          </w:tcPr>
          <w:p>
            <w:r>
              <w:rPr>
                <w:rFonts w:ascii="Aptos" w:hAnsi="Aptos" w:eastAsia="Aptos"/>
                <w:b w:val="0"/>
                <w:i w:val="0"/>
                <w:color w:val="151515"/>
                <w:sz w:val="18"/>
              </w:rPr>
              <w:t>Finalize name architecture, member charter, pitch deck, application form and target member list.</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31–60 days</w:t>
            </w:r>
          </w:p>
        </w:tc>
        <w:tc>
          <w:tcPr>
            <w:tcW w:type="dxa" w:w="3456"/>
            <w:tcMar>
              <w:top w:w="80" w:type="dxa"/>
              <w:start w:w="80" w:type="dxa"/>
              <w:bottom w:w="80" w:type="dxa"/>
              <w:end w:w="80" w:type="dxa"/>
            </w:tcMar>
            <w:vAlign w:val="top"/>
          </w:tcPr>
          <w:p>
            <w:r>
              <w:rPr>
                <w:rFonts w:ascii="Aptos" w:hAnsi="Aptos" w:eastAsia="Aptos"/>
                <w:b w:val="0"/>
                <w:i w:val="0"/>
                <w:color w:val="151515"/>
                <w:sz w:val="18"/>
              </w:rPr>
              <w:t>Invite and qualify founding members</w:t>
            </w:r>
          </w:p>
        </w:tc>
        <w:tc>
          <w:tcPr>
            <w:tcW w:type="dxa" w:w="3456"/>
            <w:tcMar>
              <w:top w:w="80" w:type="dxa"/>
              <w:start w:w="80" w:type="dxa"/>
              <w:bottom w:w="80" w:type="dxa"/>
              <w:end w:w="80" w:type="dxa"/>
            </w:tcMar>
            <w:vAlign w:val="top"/>
          </w:tcPr>
          <w:p>
            <w:r>
              <w:rPr>
                <w:rFonts w:ascii="Aptos" w:hAnsi="Aptos" w:eastAsia="Aptos"/>
                <w:b w:val="0"/>
                <w:i w:val="0"/>
                <w:color w:val="151515"/>
                <w:sz w:val="18"/>
              </w:rPr>
              <w:t>Conduct high-level outreach, review applications, approve first members and create Founding Council.</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61–90 days</w:t>
            </w:r>
          </w:p>
        </w:tc>
        <w:tc>
          <w:tcPr>
            <w:tcW w:type="dxa" w:w="3456"/>
            <w:tcMar>
              <w:top w:w="80" w:type="dxa"/>
              <w:start w:w="80" w:type="dxa"/>
              <w:bottom w:w="80" w:type="dxa"/>
              <w:end w:w="80" w:type="dxa"/>
            </w:tcMar>
            <w:vAlign w:val="top"/>
          </w:tcPr>
          <w:p>
            <w:r>
              <w:rPr>
                <w:rFonts w:ascii="Aptos" w:hAnsi="Aptos" w:eastAsia="Aptos"/>
                <w:b w:val="0"/>
                <w:i w:val="0"/>
                <w:color w:val="151515"/>
                <w:sz w:val="18"/>
              </w:rPr>
              <w:t>Activate first deal corridors</w:t>
            </w:r>
          </w:p>
        </w:tc>
        <w:tc>
          <w:tcPr>
            <w:tcW w:type="dxa" w:w="3456"/>
            <w:tcMar>
              <w:top w:w="80" w:type="dxa"/>
              <w:start w:w="80" w:type="dxa"/>
              <w:bottom w:w="80" w:type="dxa"/>
              <w:end w:w="80" w:type="dxa"/>
            </w:tcMar>
            <w:vAlign w:val="top"/>
          </w:tcPr>
          <w:p>
            <w:r>
              <w:rPr>
                <w:rFonts w:ascii="Aptos" w:hAnsi="Aptos" w:eastAsia="Aptos"/>
                <w:b w:val="0"/>
                <w:i w:val="0"/>
                <w:color w:val="151515"/>
                <w:sz w:val="18"/>
              </w:rPr>
              <w:t>Open first private deal rooms, generate DTC trade files and organize sector/country priorities.</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3–6 months</w:t>
            </w:r>
          </w:p>
        </w:tc>
        <w:tc>
          <w:tcPr>
            <w:tcW w:type="dxa" w:w="3456"/>
            <w:tcMar>
              <w:top w:w="80" w:type="dxa"/>
              <w:start w:w="80" w:type="dxa"/>
              <w:bottom w:w="80" w:type="dxa"/>
              <w:end w:w="80" w:type="dxa"/>
            </w:tcMar>
            <w:vAlign w:val="top"/>
          </w:tcPr>
          <w:p>
            <w:r>
              <w:rPr>
                <w:rFonts w:ascii="Aptos" w:hAnsi="Aptos" w:eastAsia="Aptos"/>
                <w:b w:val="0"/>
                <w:i w:val="0"/>
                <w:color w:val="151515"/>
                <w:sz w:val="18"/>
              </w:rPr>
              <w:t>Closed marketplace prototype</w:t>
            </w:r>
          </w:p>
        </w:tc>
        <w:tc>
          <w:tcPr>
            <w:tcW w:type="dxa" w:w="3456"/>
            <w:tcMar>
              <w:top w:w="80" w:type="dxa"/>
              <w:start w:w="80" w:type="dxa"/>
              <w:bottom w:w="80" w:type="dxa"/>
              <w:end w:w="80" w:type="dxa"/>
            </w:tcMar>
            <w:vAlign w:val="top"/>
          </w:tcPr>
          <w:p>
            <w:r>
              <w:rPr>
                <w:rFonts w:ascii="Aptos" w:hAnsi="Aptos" w:eastAsia="Aptos"/>
                <w:b w:val="0"/>
                <w:i w:val="0"/>
                <w:color w:val="151515"/>
                <w:sz w:val="18"/>
              </w:rPr>
              <w:t>Build member portal, listing structure, deal rooms and verification workflow.</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6–12 months</w:t>
            </w:r>
          </w:p>
        </w:tc>
        <w:tc>
          <w:tcPr>
            <w:tcW w:type="dxa" w:w="3456"/>
            <w:tcMar>
              <w:top w:w="80" w:type="dxa"/>
              <w:start w:w="80" w:type="dxa"/>
              <w:bottom w:w="80" w:type="dxa"/>
              <w:end w:w="80" w:type="dxa"/>
            </w:tcMar>
            <w:vAlign w:val="top"/>
          </w:tcPr>
          <w:p>
            <w:r>
              <w:rPr>
                <w:rFonts w:ascii="Aptos" w:hAnsi="Aptos" w:eastAsia="Aptos"/>
                <w:b w:val="0"/>
                <w:i w:val="0"/>
                <w:color w:val="151515"/>
                <w:sz w:val="18"/>
              </w:rPr>
              <w:t>Country desks and institutional partners</w:t>
            </w:r>
          </w:p>
        </w:tc>
        <w:tc>
          <w:tcPr>
            <w:tcW w:type="dxa" w:w="3456"/>
            <w:tcMar>
              <w:top w:w="80" w:type="dxa"/>
              <w:start w:w="80" w:type="dxa"/>
              <w:bottom w:w="80" w:type="dxa"/>
              <w:end w:w="80" w:type="dxa"/>
            </w:tcMar>
            <w:vAlign w:val="top"/>
          </w:tcPr>
          <w:p>
            <w:r>
              <w:rPr>
                <w:rFonts w:ascii="Aptos" w:hAnsi="Aptos" w:eastAsia="Aptos"/>
                <w:b w:val="0"/>
                <w:i w:val="0"/>
                <w:color w:val="151515"/>
                <w:sz w:val="18"/>
              </w:rPr>
              <w:t>Launch priority country circles, sector tables and partner service network.</w:t>
            </w:r>
          </w:p>
        </w:tc>
      </w:tr>
      <w:tr>
        <w:tc>
          <w:tcPr>
            <w:tcW w:type="dxa" w:w="3456"/>
            <w:tcMar>
              <w:top w:w="80" w:type="dxa"/>
              <w:start w:w="80" w:type="dxa"/>
              <w:bottom w:w="80" w:type="dxa"/>
              <w:end w:w="80" w:type="dxa"/>
            </w:tcMar>
            <w:vAlign w:val="top"/>
          </w:tcPr>
          <w:p>
            <w:r>
              <w:rPr>
                <w:rFonts w:ascii="Aptos" w:hAnsi="Aptos" w:eastAsia="Aptos"/>
                <w:b w:val="0"/>
                <w:i w:val="0"/>
                <w:color w:val="151515"/>
                <w:sz w:val="18"/>
              </w:rPr>
              <w:t>12–24 months</w:t>
            </w:r>
          </w:p>
        </w:tc>
        <w:tc>
          <w:tcPr>
            <w:tcW w:type="dxa" w:w="3456"/>
            <w:tcMar>
              <w:top w:w="80" w:type="dxa"/>
              <w:start w:w="80" w:type="dxa"/>
              <w:bottom w:w="80" w:type="dxa"/>
              <w:end w:w="80" w:type="dxa"/>
            </w:tcMar>
            <w:vAlign w:val="top"/>
          </w:tcPr>
          <w:p>
            <w:r>
              <w:rPr>
                <w:rFonts w:ascii="Aptos" w:hAnsi="Aptos" w:eastAsia="Aptos"/>
                <w:b w:val="0"/>
                <w:i w:val="0"/>
                <w:color w:val="151515"/>
                <w:sz w:val="18"/>
              </w:rPr>
              <w:t>Scaled marketplace development</w:t>
            </w:r>
          </w:p>
        </w:tc>
        <w:tc>
          <w:tcPr>
            <w:tcW w:type="dxa" w:w="3456"/>
            <w:tcMar>
              <w:top w:w="80" w:type="dxa"/>
              <w:start w:w="80" w:type="dxa"/>
              <w:bottom w:w="80" w:type="dxa"/>
              <w:end w:w="80" w:type="dxa"/>
            </w:tcMar>
            <w:vAlign w:val="top"/>
          </w:tcPr>
          <w:p>
            <w:r>
              <w:rPr>
                <w:rFonts w:ascii="Aptos" w:hAnsi="Aptos" w:eastAsia="Aptos"/>
                <w:b w:val="0"/>
                <w:i w:val="0"/>
                <w:color w:val="151515"/>
                <w:sz w:val="18"/>
              </w:rPr>
              <w:t>Extend platform, reporting, analytics, partner integrations and controlled wider access.</w:t>
            </w:r>
          </w:p>
        </w:tc>
      </w:tr>
    </w:tbl>
    <w:p>
      <w:pPr>
        <w:spacing w:after="20"/>
      </w:pPr>
    </w:p>
    <w:p>
      <w:pPr>
        <w:pStyle w:val="Heading2"/>
        <w:spacing w:before="100" w:after="80"/>
      </w:pPr>
      <w:r>
        <w:rPr>
          <w:rFonts w:ascii="Georgia" w:hAnsi="Georgia"/>
          <w:b/>
          <w:color w:val="0B2A22"/>
          <w:sz w:val="30"/>
        </w:rPr>
        <w:t>Immediate launch materials</w:t>
      </w:r>
    </w:p>
    <w:p>
      <w:pPr>
        <w:pStyle w:val="ListBullet"/>
        <w:spacing w:after="60"/>
      </w:pPr>
      <w:r>
        <w:rPr>
          <w:rFonts w:ascii="Aptos" w:hAnsi="Aptos" w:eastAsia="Aptos"/>
          <w:b w:val="0"/>
          <w:i w:val="0"/>
          <w:color w:val="151515"/>
          <w:sz w:val="21"/>
        </w:rPr>
        <w:t>Founding member invitation letter and application form.</w:t>
      </w:r>
    </w:p>
    <w:p>
      <w:pPr>
        <w:pStyle w:val="ListBullet"/>
        <w:spacing w:after="60"/>
      </w:pPr>
      <w:r>
        <w:rPr>
          <w:rFonts w:ascii="Aptos" w:hAnsi="Aptos" w:eastAsia="Aptos"/>
          <w:b w:val="0"/>
          <w:i w:val="0"/>
          <w:color w:val="151515"/>
          <w:sz w:val="21"/>
        </w:rPr>
        <w:t>Member charter and direct-trade code of conduct.</w:t>
      </w:r>
    </w:p>
    <w:p>
      <w:pPr>
        <w:pStyle w:val="ListBullet"/>
        <w:spacing w:after="60"/>
      </w:pPr>
      <w:r>
        <w:rPr>
          <w:rFonts w:ascii="Aptos" w:hAnsi="Aptos" w:eastAsia="Aptos"/>
          <w:b w:val="0"/>
          <w:i w:val="0"/>
          <w:color w:val="151515"/>
          <w:sz w:val="21"/>
        </w:rPr>
        <w:t>One-page AfriDirect positioning profile.</w:t>
      </w:r>
    </w:p>
    <w:p>
      <w:pPr>
        <w:pStyle w:val="ListBullet"/>
        <w:spacing w:after="60"/>
      </w:pPr>
      <w:r>
        <w:rPr>
          <w:rFonts w:ascii="Aptos" w:hAnsi="Aptos" w:eastAsia="Aptos"/>
          <w:b w:val="0"/>
          <w:i w:val="0"/>
          <w:color w:val="151515"/>
          <w:sz w:val="21"/>
        </w:rPr>
        <w:t>Founding Club PowerPoint deck.</w:t>
      </w:r>
    </w:p>
    <w:p>
      <w:pPr>
        <w:pStyle w:val="ListBullet"/>
        <w:spacing w:after="60"/>
      </w:pPr>
      <w:r>
        <w:rPr>
          <w:rFonts w:ascii="Aptos" w:hAnsi="Aptos" w:eastAsia="Aptos"/>
          <w:b w:val="0"/>
          <w:i w:val="0"/>
          <w:color w:val="151515"/>
          <w:sz w:val="21"/>
        </w:rPr>
        <w:t>Marketplace expansion and growth plan PowerPoint deck.</w:t>
      </w:r>
    </w:p>
    <w:p>
      <w:pPr>
        <w:pStyle w:val="ListBullet"/>
        <w:spacing w:after="60"/>
      </w:pPr>
      <w:r>
        <w:rPr>
          <w:rFonts w:ascii="Aptos" w:hAnsi="Aptos" w:eastAsia="Aptos"/>
          <w:b w:val="0"/>
          <w:i w:val="0"/>
          <w:color w:val="151515"/>
          <w:sz w:val="21"/>
        </w:rPr>
        <w:t>DTC/DTI explainer for private member and institutional partner use.</w:t>
      </w:r>
    </w:p>
    <w:p>
      <w:pPr>
        <w:pStyle w:val="Heading1"/>
        <w:spacing w:before="120" w:after="160"/>
      </w:pPr>
      <w:r>
        <w:rPr>
          <w:rFonts w:ascii="Georgia" w:hAnsi="Georgia"/>
          <w:b/>
          <w:color w:val="041220"/>
          <w:sz w:val="40"/>
        </w:rPr>
        <w:t>13. Organization, Partnerships and Investment Priorities</w:t>
      </w:r>
    </w:p>
    <w:p>
      <w:pPr>
        <w:pStyle w:val="Heading2"/>
        <w:spacing w:before="100" w:after="80"/>
      </w:pPr>
      <w:r>
        <w:rPr>
          <w:rFonts w:ascii="Georgia" w:hAnsi="Georgia"/>
          <w:b/>
          <w:color w:val="0B2A22"/>
          <w:sz w:val="30"/>
        </w:rPr>
        <w:t>Core operating units</w:t>
      </w:r>
    </w:p>
    <w:tbl>
      <w:tblPr>
        <w:tblStyle w:val="TableGrid"/>
        <w:tblW w:type="auto" w:w="0"/>
        <w:jc w:val="center"/>
        <w:tblLook w:firstColumn="1" w:firstRow="1" w:lastColumn="0" w:lastRow="0" w:noHBand="0" w:noVBand="1" w:val="04A0"/>
      </w:tblPr>
      <w:tblGrid>
        <w:gridCol w:w="5184"/>
        <w:gridCol w:w="5184"/>
      </w:tblGrid>
      <w:tr>
        <w:trPr>
          <w:tblHeader w:val="true"/>
        </w:trPr>
        <w:tc>
          <w:tcPr>
            <w:tcW w:type="dxa" w:w="5184"/>
            <w:shd w:fill="041220"/>
            <w:tcMar>
              <w:top w:w="80" w:type="dxa"/>
              <w:start w:w="80" w:type="dxa"/>
              <w:bottom w:w="80" w:type="dxa"/>
              <w:end w:w="80" w:type="dxa"/>
            </w:tcMar>
            <w:vAlign w:val="center"/>
          </w:tcPr>
          <w:p>
            <w:r>
              <w:rPr>
                <w:rFonts w:ascii="Aptos" w:hAnsi="Aptos" w:eastAsia="Aptos"/>
                <w:b/>
                <w:i w:val="0"/>
                <w:color w:val="FAF8F2"/>
                <w:sz w:val="18"/>
              </w:rPr>
              <w:t>Unit</w:t>
            </w:r>
          </w:p>
        </w:tc>
        <w:tc>
          <w:tcPr>
            <w:tcW w:type="dxa" w:w="5184"/>
            <w:shd w:fill="041220"/>
            <w:tcMar>
              <w:top w:w="80" w:type="dxa"/>
              <w:start w:w="80" w:type="dxa"/>
              <w:bottom w:w="80" w:type="dxa"/>
              <w:end w:w="80" w:type="dxa"/>
            </w:tcMar>
            <w:vAlign w:val="center"/>
          </w:tcPr>
          <w:p>
            <w:r>
              <w:rPr>
                <w:rFonts w:ascii="Aptos" w:hAnsi="Aptos" w:eastAsia="Aptos"/>
                <w:b/>
                <w:i w:val="0"/>
                <w:color w:val="FAF8F2"/>
                <w:sz w:val="18"/>
              </w:rPr>
              <w:t>Responsibility</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Executive leadership</w:t>
            </w:r>
          </w:p>
        </w:tc>
        <w:tc>
          <w:tcPr>
            <w:tcW w:type="dxa" w:w="5184"/>
            <w:tcMar>
              <w:top w:w="80" w:type="dxa"/>
              <w:start w:w="80" w:type="dxa"/>
              <w:bottom w:w="80" w:type="dxa"/>
              <w:end w:w="80" w:type="dxa"/>
            </w:tcMar>
            <w:vAlign w:val="top"/>
          </w:tcPr>
          <w:p>
            <w:r>
              <w:rPr>
                <w:rFonts w:ascii="Aptos" w:hAnsi="Aptos" w:eastAsia="Aptos"/>
                <w:b w:val="0"/>
                <w:i w:val="0"/>
                <w:color w:val="151515"/>
                <w:sz w:val="18"/>
              </w:rPr>
              <w:t>Brand authority, strategic partnerships, founder relationships and institutional engagement.</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Membership and country circles</w:t>
            </w:r>
          </w:p>
        </w:tc>
        <w:tc>
          <w:tcPr>
            <w:tcW w:type="dxa" w:w="5184"/>
            <w:tcMar>
              <w:top w:w="80" w:type="dxa"/>
              <w:start w:w="80" w:type="dxa"/>
              <w:bottom w:w="80" w:type="dxa"/>
              <w:end w:w="80" w:type="dxa"/>
            </w:tcMar>
            <w:vAlign w:val="top"/>
          </w:tcPr>
          <w:p>
            <w:r>
              <w:rPr>
                <w:rFonts w:ascii="Aptos" w:hAnsi="Aptos" w:eastAsia="Aptos"/>
                <w:b w:val="0"/>
                <w:i w:val="0"/>
                <w:color w:val="151515"/>
                <w:sz w:val="18"/>
              </w:rPr>
              <w:t>Member acquisition, screening, relationship management and country leadership.</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Trade verification desk</w:t>
            </w:r>
          </w:p>
        </w:tc>
        <w:tc>
          <w:tcPr>
            <w:tcW w:type="dxa" w:w="5184"/>
            <w:tcMar>
              <w:top w:w="80" w:type="dxa"/>
              <w:start w:w="80" w:type="dxa"/>
              <w:bottom w:w="80" w:type="dxa"/>
              <w:end w:w="80" w:type="dxa"/>
            </w:tcMar>
            <w:vAlign w:val="top"/>
          </w:tcPr>
          <w:p>
            <w:r>
              <w:rPr>
                <w:rFonts w:ascii="Aptos" w:hAnsi="Aptos" w:eastAsia="Aptos"/>
                <w:b w:val="0"/>
                <w:i w:val="0"/>
                <w:color w:val="151515"/>
                <w:sz w:val="18"/>
              </w:rPr>
              <w:t>DTC/DTI workflows, trade files, document control and transaction support.</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Marketplace product team</w:t>
            </w:r>
          </w:p>
        </w:tc>
        <w:tc>
          <w:tcPr>
            <w:tcW w:type="dxa" w:w="5184"/>
            <w:tcMar>
              <w:top w:w="80" w:type="dxa"/>
              <w:start w:w="80" w:type="dxa"/>
              <w:bottom w:w="80" w:type="dxa"/>
              <w:end w:w="80" w:type="dxa"/>
            </w:tcMar>
            <w:vAlign w:val="top"/>
          </w:tcPr>
          <w:p>
            <w:r>
              <w:rPr>
                <w:rFonts w:ascii="Aptos" w:hAnsi="Aptos" w:eastAsia="Aptos"/>
                <w:b w:val="0"/>
                <w:i w:val="0"/>
                <w:color w:val="151515"/>
                <w:sz w:val="18"/>
              </w:rPr>
              <w:t>Member portal, listings, deal rooms, workflow tools and data security.</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Partnerships and services</w:t>
            </w:r>
          </w:p>
        </w:tc>
        <w:tc>
          <w:tcPr>
            <w:tcW w:type="dxa" w:w="5184"/>
            <w:tcMar>
              <w:top w:w="80" w:type="dxa"/>
              <w:start w:w="80" w:type="dxa"/>
              <w:bottom w:w="80" w:type="dxa"/>
              <w:end w:w="80" w:type="dxa"/>
            </w:tcMar>
            <w:vAlign w:val="top"/>
          </w:tcPr>
          <w:p>
            <w:r>
              <w:rPr>
                <w:rFonts w:ascii="Aptos" w:hAnsi="Aptos" w:eastAsia="Aptos"/>
                <w:b w:val="0"/>
                <w:i w:val="0"/>
                <w:color w:val="151515"/>
                <w:sz w:val="18"/>
              </w:rPr>
              <w:t>Banks, insurers, logistics, inspection, legal, government, chambers and DFIs.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Risk and governance</w:t>
            </w:r>
          </w:p>
        </w:tc>
        <w:tc>
          <w:tcPr>
            <w:tcW w:type="dxa" w:w="5184"/>
            <w:tcMar>
              <w:top w:w="80" w:type="dxa"/>
              <w:start w:w="80" w:type="dxa"/>
              <w:bottom w:w="80" w:type="dxa"/>
              <w:end w:w="80" w:type="dxa"/>
            </w:tcMar>
            <w:vAlign w:val="top"/>
          </w:tcPr>
          <w:p>
            <w:r>
              <w:rPr>
                <w:rFonts w:ascii="Aptos" w:hAnsi="Aptos" w:eastAsia="Aptos"/>
                <w:b w:val="0"/>
                <w:i w:val="0"/>
                <w:color w:val="151515"/>
                <w:sz w:val="18"/>
              </w:rPr>
              <w:t>Member conduct, compliance screening, dispute remedy and ethical trade standards.</w:t>
            </w:r>
          </w:p>
        </w:tc>
      </w:tr>
    </w:tbl>
    <w:p>
      <w:pPr>
        <w:spacing w:after="20"/>
      </w:pPr>
    </w:p>
    <w:p>
      <w:pPr>
        <w:pStyle w:val="Heading2"/>
        <w:spacing w:before="100" w:after="80"/>
      </w:pPr>
      <w:r>
        <w:rPr>
          <w:rFonts w:ascii="Georgia" w:hAnsi="Georgia"/>
          <w:b/>
          <w:color w:val="0B2A22"/>
          <w:sz w:val="30"/>
        </w:rPr>
        <w:t>Partnership priorities</w:t>
      </w:r>
    </w:p>
    <w:tbl>
      <w:tblPr>
        <w:tblStyle w:val="TableGrid"/>
        <w:tblW w:type="auto" w:w="0"/>
        <w:jc w:val="center"/>
        <w:tblLook w:firstColumn="1" w:firstRow="1" w:lastColumn="0" w:lastRow="0" w:noHBand="0" w:noVBand="1" w:val="04A0"/>
      </w:tblPr>
      <w:tblGrid>
        <w:gridCol w:w="5184"/>
        <w:gridCol w:w="5184"/>
      </w:tblGrid>
      <w:tr>
        <w:trPr>
          <w:tblHeader w:val="true"/>
        </w:trPr>
        <w:tc>
          <w:tcPr>
            <w:tcW w:type="dxa" w:w="5184"/>
            <w:shd w:fill="041220"/>
            <w:tcMar>
              <w:top w:w="80" w:type="dxa"/>
              <w:start w:w="80" w:type="dxa"/>
              <w:bottom w:w="80" w:type="dxa"/>
              <w:end w:w="80" w:type="dxa"/>
            </w:tcMar>
            <w:vAlign w:val="center"/>
          </w:tcPr>
          <w:p>
            <w:r>
              <w:rPr>
                <w:rFonts w:ascii="Aptos" w:hAnsi="Aptos" w:eastAsia="Aptos"/>
                <w:b/>
                <w:i w:val="0"/>
                <w:color w:val="FAF8F2"/>
                <w:sz w:val="18"/>
              </w:rPr>
              <w:t>Partner Type</w:t>
            </w:r>
          </w:p>
        </w:tc>
        <w:tc>
          <w:tcPr>
            <w:tcW w:type="dxa" w:w="5184"/>
            <w:shd w:fill="041220"/>
            <w:tcMar>
              <w:top w:w="80" w:type="dxa"/>
              <w:start w:w="80" w:type="dxa"/>
              <w:bottom w:w="80" w:type="dxa"/>
              <w:end w:w="80" w:type="dxa"/>
            </w:tcMar>
            <w:vAlign w:val="center"/>
          </w:tcPr>
          <w:p>
            <w:r>
              <w:rPr>
                <w:rFonts w:ascii="Aptos" w:hAnsi="Aptos" w:eastAsia="Aptos"/>
                <w:b/>
                <w:i w:val="0"/>
                <w:color w:val="FAF8F2"/>
                <w:sz w:val="18"/>
              </w:rPr>
              <w:t>Why It Matters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Banks and trade finance institutions</w:t>
            </w:r>
          </w:p>
        </w:tc>
        <w:tc>
          <w:tcPr>
            <w:tcW w:type="dxa" w:w="5184"/>
            <w:tcMar>
              <w:top w:w="80" w:type="dxa"/>
              <w:start w:w="80" w:type="dxa"/>
              <w:bottom w:w="80" w:type="dxa"/>
              <w:end w:w="80" w:type="dxa"/>
            </w:tcMar>
            <w:vAlign w:val="top"/>
          </w:tcPr>
          <w:p>
            <w:r>
              <w:rPr>
                <w:rFonts w:ascii="Aptos" w:hAnsi="Aptos" w:eastAsia="Aptos"/>
                <w:b w:val="0"/>
                <w:i w:val="0"/>
                <w:color w:val="151515"/>
                <w:sz w:val="18"/>
              </w:rPr>
              <w:t>Support finance readiness and transaction confidence.</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Inspection and certification firms</w:t>
            </w:r>
          </w:p>
        </w:tc>
        <w:tc>
          <w:tcPr>
            <w:tcW w:type="dxa" w:w="5184"/>
            <w:tcMar>
              <w:top w:w="80" w:type="dxa"/>
              <w:start w:w="80" w:type="dxa"/>
              <w:bottom w:w="80" w:type="dxa"/>
              <w:end w:w="80" w:type="dxa"/>
            </w:tcMar>
            <w:vAlign w:val="top"/>
          </w:tcPr>
          <w:p>
            <w:r>
              <w:rPr>
                <w:rFonts w:ascii="Aptos" w:hAnsi="Aptos" w:eastAsia="Aptos"/>
                <w:b w:val="0"/>
                <w:i w:val="0"/>
                <w:color w:val="151515"/>
                <w:sz w:val="18"/>
              </w:rPr>
              <w:t>Validate product quality, quantity, origin and specifications.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Logistics and warehousing providers</w:t>
            </w:r>
          </w:p>
        </w:tc>
        <w:tc>
          <w:tcPr>
            <w:tcW w:type="dxa" w:w="5184"/>
            <w:tcMar>
              <w:top w:w="80" w:type="dxa"/>
              <w:start w:w="80" w:type="dxa"/>
              <w:bottom w:w="80" w:type="dxa"/>
              <w:end w:w="80" w:type="dxa"/>
            </w:tcMar>
            <w:vAlign w:val="top"/>
          </w:tcPr>
          <w:p>
            <w:r>
              <w:rPr>
                <w:rFonts w:ascii="Aptos" w:hAnsi="Aptos" w:eastAsia="Aptos"/>
                <w:b w:val="0"/>
                <w:i w:val="0"/>
                <w:color w:val="151515"/>
                <w:sz w:val="18"/>
              </w:rPr>
              <w:t>Improve execution reliability and route visibility.</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Legal and compliance advisers</w:t>
            </w:r>
          </w:p>
        </w:tc>
        <w:tc>
          <w:tcPr>
            <w:tcW w:type="dxa" w:w="5184"/>
            <w:tcMar>
              <w:top w:w="80" w:type="dxa"/>
              <w:start w:w="80" w:type="dxa"/>
              <w:bottom w:w="80" w:type="dxa"/>
              <w:end w:w="80" w:type="dxa"/>
            </w:tcMar>
            <w:vAlign w:val="top"/>
          </w:tcPr>
          <w:p>
            <w:r>
              <w:rPr>
                <w:rFonts w:ascii="Aptos" w:hAnsi="Aptos" w:eastAsia="Aptos"/>
                <w:b w:val="0"/>
                <w:i w:val="0"/>
                <w:color w:val="151515"/>
                <w:sz w:val="18"/>
              </w:rPr>
              <w:t>Strengthen contracts, sanctions checks, KYB and dispute handling.</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Chambers and trade bodies</w:t>
            </w:r>
          </w:p>
        </w:tc>
        <w:tc>
          <w:tcPr>
            <w:tcW w:type="dxa" w:w="5184"/>
            <w:tcMar>
              <w:top w:w="80" w:type="dxa"/>
              <w:start w:w="80" w:type="dxa"/>
              <w:bottom w:w="80" w:type="dxa"/>
              <w:end w:w="80" w:type="dxa"/>
            </w:tcMar>
            <w:vAlign w:val="top"/>
          </w:tcPr>
          <w:p>
            <w:r>
              <w:rPr>
                <w:rFonts w:ascii="Aptos" w:hAnsi="Aptos" w:eastAsia="Aptos"/>
                <w:b w:val="0"/>
                <w:i w:val="0"/>
                <w:color w:val="151515"/>
                <w:sz w:val="18"/>
              </w:rPr>
              <w:t>Provide market access without diluting elite membership standards.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Government and development partners</w:t>
            </w:r>
          </w:p>
        </w:tc>
        <w:tc>
          <w:tcPr>
            <w:tcW w:type="dxa" w:w="5184"/>
            <w:tcMar>
              <w:top w:w="80" w:type="dxa"/>
              <w:start w:w="80" w:type="dxa"/>
              <w:bottom w:w="80" w:type="dxa"/>
              <w:end w:w="80" w:type="dxa"/>
            </w:tcMar>
            <w:vAlign w:val="top"/>
          </w:tcPr>
          <w:p>
            <w:r>
              <w:rPr>
                <w:rFonts w:ascii="Aptos" w:hAnsi="Aptos" w:eastAsia="Aptos"/>
                <w:b w:val="0"/>
                <w:i w:val="0"/>
                <w:color w:val="151515"/>
                <w:sz w:val="18"/>
              </w:rPr>
              <w:t>Support strategic corridors and infrastructure-aligned trade programs.</w:t>
            </w:r>
          </w:p>
        </w:tc>
      </w:tr>
    </w:tbl>
    <w:p>
      <w:pPr>
        <w:spacing w:after="20"/>
      </w:pPr>
    </w:p>
    <w:p>
      <w:r>
        <w:br w:type="page"/>
      </w:r>
    </w:p>
    <w:p>
      <w:pPr>
        <w:pStyle w:val="Heading1"/>
        <w:spacing w:before="120" w:after="160"/>
      </w:pPr>
      <w:r>
        <w:rPr>
          <w:rFonts w:ascii="Georgia" w:hAnsi="Georgia"/>
          <w:b/>
          <w:color w:val="041220"/>
          <w:sz w:val="40"/>
        </w:rPr>
        <w:t>14. KPIs, Risk Controls and Next Decisions</w:t>
      </w:r>
    </w:p>
    <w:p>
      <w:pPr>
        <w:pStyle w:val="Heading2"/>
        <w:spacing w:before="100" w:after="80"/>
      </w:pPr>
      <w:r>
        <w:rPr>
          <w:rFonts w:ascii="Georgia" w:hAnsi="Georgia"/>
          <w:b/>
          <w:color w:val="0B2A22"/>
          <w:sz w:val="30"/>
        </w:rPr>
        <w:t>Success metrics</w:t>
      </w:r>
    </w:p>
    <w:tbl>
      <w:tblPr>
        <w:tblStyle w:val="TableGrid"/>
        <w:tblW w:type="auto" w:w="0"/>
        <w:jc w:val="center"/>
        <w:tblLook w:firstColumn="1" w:firstRow="1" w:lastColumn="0" w:lastRow="0" w:noHBand="0" w:noVBand="1" w:val="04A0"/>
      </w:tblPr>
      <w:tblGrid>
        <w:gridCol w:w="5184"/>
        <w:gridCol w:w="5184"/>
      </w:tblGrid>
      <w:tr>
        <w:trPr>
          <w:tblHeader w:val="true"/>
        </w:trPr>
        <w:tc>
          <w:tcPr>
            <w:tcW w:type="dxa" w:w="5184"/>
            <w:shd w:fill="041220"/>
            <w:tcMar>
              <w:top w:w="80" w:type="dxa"/>
              <w:start w:w="80" w:type="dxa"/>
              <w:bottom w:w="80" w:type="dxa"/>
              <w:end w:w="80" w:type="dxa"/>
            </w:tcMar>
            <w:vAlign w:val="center"/>
          </w:tcPr>
          <w:p>
            <w:r>
              <w:rPr>
                <w:rFonts w:ascii="Aptos" w:hAnsi="Aptos" w:eastAsia="Aptos"/>
                <w:b/>
                <w:i w:val="0"/>
                <w:color w:val="FAF8F2"/>
                <w:sz w:val="18"/>
              </w:rPr>
              <w:t>Metric</w:t>
            </w:r>
          </w:p>
        </w:tc>
        <w:tc>
          <w:tcPr>
            <w:tcW w:type="dxa" w:w="5184"/>
            <w:shd w:fill="041220"/>
            <w:tcMar>
              <w:top w:w="80" w:type="dxa"/>
              <w:start w:w="80" w:type="dxa"/>
              <w:bottom w:w="80" w:type="dxa"/>
              <w:end w:w="80" w:type="dxa"/>
            </w:tcMar>
            <w:vAlign w:val="center"/>
          </w:tcPr>
          <w:p>
            <w:r>
              <w:rPr>
                <w:rFonts w:ascii="Aptos" w:hAnsi="Aptos" w:eastAsia="Aptos"/>
                <w:b/>
                <w:i w:val="0"/>
                <w:color w:val="FAF8F2"/>
                <w:sz w:val="18"/>
              </w:rPr>
              <w:t>What It Measures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Founding member quality</w:t>
            </w:r>
          </w:p>
        </w:tc>
        <w:tc>
          <w:tcPr>
            <w:tcW w:type="dxa" w:w="5184"/>
            <w:tcMar>
              <w:top w:w="80" w:type="dxa"/>
              <w:start w:w="80" w:type="dxa"/>
              <w:bottom w:w="80" w:type="dxa"/>
              <w:end w:w="80" w:type="dxa"/>
            </w:tcMar>
            <w:vAlign w:val="top"/>
          </w:tcPr>
          <w:p>
            <w:r>
              <w:rPr>
                <w:rFonts w:ascii="Aptos" w:hAnsi="Aptos" w:eastAsia="Aptos"/>
                <w:b w:val="0"/>
                <w:i w:val="0"/>
                <w:color w:val="151515"/>
                <w:sz w:val="18"/>
              </w:rPr>
              <w:t>Strength of member reputation, verified capacity and strategic contribution.</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Verified opportunities created</w:t>
            </w:r>
          </w:p>
        </w:tc>
        <w:tc>
          <w:tcPr>
            <w:tcW w:type="dxa" w:w="5184"/>
            <w:tcMar>
              <w:top w:w="80" w:type="dxa"/>
              <w:start w:w="80" w:type="dxa"/>
              <w:bottom w:w="80" w:type="dxa"/>
              <w:end w:w="80" w:type="dxa"/>
            </w:tcMar>
            <w:vAlign w:val="top"/>
          </w:tcPr>
          <w:p>
            <w:r>
              <w:rPr>
                <w:rFonts w:ascii="Aptos" w:hAnsi="Aptos" w:eastAsia="Aptos"/>
                <w:b w:val="0"/>
                <w:i w:val="0"/>
                <w:color w:val="151515"/>
                <w:sz w:val="18"/>
              </w:rPr>
              <w:t>Number and quality of opportunities with complete trade files.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Direct introductions completed</w:t>
            </w:r>
          </w:p>
        </w:tc>
        <w:tc>
          <w:tcPr>
            <w:tcW w:type="dxa" w:w="5184"/>
            <w:tcMar>
              <w:top w:w="80" w:type="dxa"/>
              <w:start w:w="80" w:type="dxa"/>
              <w:bottom w:w="80" w:type="dxa"/>
              <w:end w:w="80" w:type="dxa"/>
            </w:tcMar>
            <w:vAlign w:val="top"/>
          </w:tcPr>
          <w:p>
            <w:r>
              <w:rPr>
                <w:rFonts w:ascii="Aptos" w:hAnsi="Aptos" w:eastAsia="Aptos"/>
                <w:b w:val="0"/>
                <w:i w:val="0"/>
                <w:color w:val="151515"/>
                <w:sz w:val="18"/>
              </w:rPr>
              <w:t>High-value counterparty connections facilitated through the club.</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Trade value under active review</w:t>
            </w:r>
          </w:p>
        </w:tc>
        <w:tc>
          <w:tcPr>
            <w:tcW w:type="dxa" w:w="5184"/>
            <w:tcMar>
              <w:top w:w="80" w:type="dxa"/>
              <w:start w:w="80" w:type="dxa"/>
              <w:bottom w:w="80" w:type="dxa"/>
              <w:end w:w="80" w:type="dxa"/>
            </w:tcMar>
            <w:vAlign w:val="top"/>
          </w:tcPr>
          <w:p>
            <w:r>
              <w:rPr>
                <w:rFonts w:ascii="Aptos" w:hAnsi="Aptos" w:eastAsia="Aptos"/>
                <w:b w:val="0"/>
                <w:i w:val="0"/>
                <w:color w:val="151515"/>
                <w:sz w:val="18"/>
              </w:rPr>
              <w:t>Potential transaction value moving through verified rooms.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Completed transaction value</w:t>
            </w:r>
          </w:p>
        </w:tc>
        <w:tc>
          <w:tcPr>
            <w:tcW w:type="dxa" w:w="5184"/>
            <w:tcMar>
              <w:top w:w="80" w:type="dxa"/>
              <w:start w:w="80" w:type="dxa"/>
              <w:bottom w:w="80" w:type="dxa"/>
              <w:end w:w="80" w:type="dxa"/>
            </w:tcMar>
            <w:vAlign w:val="top"/>
          </w:tcPr>
          <w:p>
            <w:r>
              <w:rPr>
                <w:rFonts w:ascii="Aptos" w:hAnsi="Aptos" w:eastAsia="Aptos"/>
                <w:b w:val="0"/>
                <w:i w:val="0"/>
                <w:color w:val="151515"/>
                <w:sz w:val="18"/>
              </w:rPr>
              <w:t>Trade closed through or materially supported by AfriDirect.</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Cycle time reduction</w:t>
            </w:r>
          </w:p>
        </w:tc>
        <w:tc>
          <w:tcPr>
            <w:tcW w:type="dxa" w:w="5184"/>
            <w:tcMar>
              <w:top w:w="80" w:type="dxa"/>
              <w:start w:w="80" w:type="dxa"/>
              <w:bottom w:w="80" w:type="dxa"/>
              <w:end w:w="80" w:type="dxa"/>
            </w:tcMar>
            <w:vAlign w:val="top"/>
          </w:tcPr>
          <w:p>
            <w:r>
              <w:rPr>
                <w:rFonts w:ascii="Aptos" w:hAnsi="Aptos" w:eastAsia="Aptos"/>
                <w:b w:val="0"/>
                <w:i w:val="0"/>
                <w:color w:val="151515"/>
                <w:sz w:val="18"/>
              </w:rPr>
              <w:t>Improvement in time from introduction to verified decision.</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Margin protection</w:t>
            </w:r>
          </w:p>
        </w:tc>
        <w:tc>
          <w:tcPr>
            <w:tcW w:type="dxa" w:w="5184"/>
            <w:tcMar>
              <w:top w:w="80" w:type="dxa"/>
              <w:start w:w="80" w:type="dxa"/>
              <w:bottom w:w="80" w:type="dxa"/>
              <w:end w:w="80" w:type="dxa"/>
            </w:tcMar>
            <w:vAlign w:val="top"/>
          </w:tcPr>
          <w:p>
            <w:r>
              <w:rPr>
                <w:rFonts w:ascii="Aptos" w:hAnsi="Aptos" w:eastAsia="Aptos"/>
                <w:b w:val="0"/>
                <w:i w:val="0"/>
                <w:color w:val="151515"/>
                <w:sz w:val="18"/>
              </w:rPr>
              <w:t>Estimated value preserved by reducing unnecessary intermediation.</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Member renewal and referrals</w:t>
            </w:r>
          </w:p>
        </w:tc>
        <w:tc>
          <w:tcPr>
            <w:tcW w:type="dxa" w:w="5184"/>
            <w:tcMar>
              <w:top w:w="80" w:type="dxa"/>
              <w:start w:w="80" w:type="dxa"/>
              <w:bottom w:w="80" w:type="dxa"/>
              <w:end w:w="80" w:type="dxa"/>
            </w:tcMar>
            <w:vAlign w:val="top"/>
          </w:tcPr>
          <w:p>
            <w:r>
              <w:rPr>
                <w:rFonts w:ascii="Aptos" w:hAnsi="Aptos" w:eastAsia="Aptos"/>
                <w:b w:val="0"/>
                <w:i w:val="0"/>
                <w:color w:val="151515"/>
                <w:sz w:val="18"/>
              </w:rPr>
              <w:t>Retention, satisfaction and quality of inbound nominations.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Dispute rate and remedy closure</w:t>
            </w:r>
          </w:p>
        </w:tc>
        <w:tc>
          <w:tcPr>
            <w:tcW w:type="dxa" w:w="5184"/>
            <w:tcMar>
              <w:top w:w="80" w:type="dxa"/>
              <w:start w:w="80" w:type="dxa"/>
              <w:bottom w:w="80" w:type="dxa"/>
              <w:end w:w="80" w:type="dxa"/>
            </w:tcMar>
            <w:vAlign w:val="top"/>
          </w:tcPr>
          <w:p>
            <w:r>
              <w:rPr>
                <w:rFonts w:ascii="Aptos" w:hAnsi="Aptos" w:eastAsia="Aptos"/>
                <w:b w:val="0"/>
                <w:i w:val="0"/>
                <w:color w:val="151515"/>
                <w:sz w:val="18"/>
              </w:rPr>
              <w:t>Risk quality and effectiveness of governance mechanisms.</w:t>
            </w:r>
          </w:p>
        </w:tc>
      </w:tr>
    </w:tbl>
    <w:p>
      <w:pPr>
        <w:spacing w:after="20"/>
      </w:pPr>
    </w:p>
    <w:p>
      <w:pPr>
        <w:pStyle w:val="Heading2"/>
        <w:spacing w:before="100" w:after="80"/>
      </w:pPr>
      <w:r>
        <w:rPr>
          <w:rFonts w:ascii="Georgia" w:hAnsi="Georgia"/>
          <w:b/>
          <w:color w:val="0B2A22"/>
          <w:sz w:val="30"/>
        </w:rPr>
        <w:t>Key risk controls</w:t>
      </w:r>
    </w:p>
    <w:p>
      <w:pPr>
        <w:pStyle w:val="ListBullet"/>
        <w:spacing w:after="60"/>
      </w:pPr>
      <w:r>
        <w:rPr>
          <w:rFonts w:ascii="Aptos" w:hAnsi="Aptos" w:eastAsia="Aptos"/>
          <w:b w:val="0"/>
          <w:i w:val="0"/>
          <w:color w:val="151515"/>
          <w:sz w:val="21"/>
        </w:rPr>
        <w:t>Maintain strict membership standards and avoid premature open access.</w:t>
      </w:r>
    </w:p>
    <w:p>
      <w:pPr>
        <w:pStyle w:val="ListBullet"/>
        <w:spacing w:after="60"/>
      </w:pPr>
      <w:r>
        <w:rPr>
          <w:rFonts w:ascii="Aptos" w:hAnsi="Aptos" w:eastAsia="Aptos"/>
          <w:b w:val="0"/>
          <w:i w:val="0"/>
          <w:color w:val="151515"/>
          <w:sz w:val="21"/>
        </w:rPr>
        <w:t>Keep DTC/DTI definitions disciplined and avoid overstating legal or regulatory effect without formal validation.</w:t>
      </w:r>
    </w:p>
    <w:p>
      <w:pPr>
        <w:pStyle w:val="ListBullet"/>
        <w:spacing w:after="60"/>
      </w:pPr>
      <w:r>
        <w:rPr>
          <w:rFonts w:ascii="Aptos" w:hAnsi="Aptos" w:eastAsia="Aptos"/>
          <w:b w:val="0"/>
          <w:i w:val="0"/>
          <w:color w:val="151515"/>
          <w:sz w:val="21"/>
        </w:rPr>
        <w:t>Require evidence for mandates, title, product control, financial capacity and representations.</w:t>
      </w:r>
    </w:p>
    <w:p>
      <w:pPr>
        <w:pStyle w:val="ListBullet"/>
        <w:spacing w:after="60"/>
      </w:pPr>
      <w:r>
        <w:rPr>
          <w:rFonts w:ascii="Aptos" w:hAnsi="Aptos" w:eastAsia="Aptos"/>
          <w:b w:val="0"/>
          <w:i w:val="0"/>
          <w:color w:val="151515"/>
          <w:sz w:val="21"/>
        </w:rPr>
        <w:t>Build a clear member disciplinary process for false claims, misconduct or document misuse.</w:t>
      </w:r>
    </w:p>
    <w:p>
      <w:pPr>
        <w:pStyle w:val="ListBullet"/>
        <w:spacing w:after="60"/>
      </w:pPr>
      <w:r>
        <w:rPr>
          <w:rFonts w:ascii="Aptos" w:hAnsi="Aptos" w:eastAsia="Aptos"/>
          <w:b w:val="0"/>
          <w:i w:val="0"/>
          <w:color w:val="151515"/>
          <w:sz w:val="21"/>
        </w:rPr>
        <w:t>Separate elite club reputation from broader platform growth until marketplace governance is mature.</w:t>
      </w:r>
    </w:p>
    <w:p>
      <w:r>
        <w:br w:type="page"/>
      </w:r>
    </w:p>
    <w:p>
      <w:pPr>
        <w:pStyle w:val="Heading2"/>
        <w:spacing w:before="100" w:after="80"/>
      </w:pPr>
      <w:r>
        <w:rPr>
          <w:rFonts w:ascii="Georgia" w:hAnsi="Georgia"/>
          <w:b/>
          <w:color w:val="0B2A22"/>
          <w:sz w:val="30"/>
        </w:rPr>
        <w:t>Next decisions to finalize</w:t>
      </w:r>
    </w:p>
    <w:p>
      <w:pPr>
        <w:spacing w:after="120" w:line="259" w:lineRule="auto"/>
      </w:pPr>
      <w:r>
        <w:rPr>
          <w:rFonts w:ascii="Aptos" w:hAnsi="Aptos" w:eastAsia="Aptos"/>
          <w:b w:val="0"/>
          <w:i w:val="0"/>
          <w:color w:val="151515"/>
          <w:sz w:val="21"/>
        </w:rPr>
        <w:t>These decisions should be finalized before issuing the first founding-member invitations and before opening controlled marketplace access.</w:t>
      </w:r>
    </w:p>
    <w:tbl>
      <w:tblPr>
        <w:tblStyle w:val="TableGrid"/>
        <w:tblW w:type="auto" w:w="0"/>
        <w:jc w:val="center"/>
        <w:tblLook w:firstColumn="1" w:firstRow="1" w:lastColumn="0" w:lastRow="0" w:noHBand="0" w:noVBand="1" w:val="04A0"/>
      </w:tblPr>
      <w:tblGrid>
        <w:gridCol w:w="5184"/>
        <w:gridCol w:w="5184"/>
      </w:tblGrid>
      <w:tr>
        <w:trPr>
          <w:tblHeader w:val="true"/>
        </w:trPr>
        <w:tc>
          <w:tcPr>
            <w:tcW w:type="dxa" w:w="5184"/>
            <w:shd w:fill="041220"/>
            <w:tcMar>
              <w:top w:w="80" w:type="dxa"/>
              <w:start w:w="80" w:type="dxa"/>
              <w:bottom w:w="80" w:type="dxa"/>
              <w:end w:w="80" w:type="dxa"/>
            </w:tcMar>
            <w:vAlign w:val="center"/>
          </w:tcPr>
          <w:p>
            <w:r>
              <w:rPr>
                <w:rFonts w:ascii="Aptos" w:hAnsi="Aptos" w:eastAsia="Aptos"/>
                <w:b/>
                <w:i w:val="0"/>
                <w:color w:val="FAF8F2"/>
                <w:sz w:val="18"/>
              </w:rPr>
              <w:t>Decision</w:t>
            </w:r>
          </w:p>
        </w:tc>
        <w:tc>
          <w:tcPr>
            <w:tcW w:type="dxa" w:w="5184"/>
            <w:shd w:fill="041220"/>
            <w:tcMar>
              <w:top w:w="80" w:type="dxa"/>
              <w:start w:w="80" w:type="dxa"/>
              <w:bottom w:w="80" w:type="dxa"/>
              <w:end w:w="80" w:type="dxa"/>
            </w:tcMar>
            <w:vAlign w:val="center"/>
          </w:tcPr>
          <w:p>
            <w:r>
              <w:rPr>
                <w:rFonts w:ascii="Aptos" w:hAnsi="Aptos" w:eastAsia="Aptos"/>
                <w:b/>
                <w:i w:val="0"/>
                <w:color w:val="FAF8F2"/>
                <w:sz w:val="18"/>
              </w:rPr>
              <w:t>Recommended Starting Point</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Official elite club name</w:t>
            </w:r>
          </w:p>
        </w:tc>
        <w:tc>
          <w:tcPr>
            <w:tcW w:type="dxa" w:w="5184"/>
            <w:tcMar>
              <w:top w:w="80" w:type="dxa"/>
              <w:start w:w="80" w:type="dxa"/>
              <w:bottom w:w="80" w:type="dxa"/>
              <w:end w:w="80" w:type="dxa"/>
            </w:tcMar>
            <w:vAlign w:val="top"/>
          </w:tcPr>
          <w:p>
            <w:r>
              <w:rPr>
                <w:rFonts w:ascii="Aptos" w:hAnsi="Aptos" w:eastAsia="Aptos"/>
                <w:b w:val="0"/>
                <w:i w:val="0"/>
                <w:color w:val="151515"/>
                <w:sz w:val="18"/>
              </w:rPr>
              <w:t>AfriDirect Founding Circle for launch; AfriDirect Inner Circle Club for permanent elite tier.</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Initial member cap</w:t>
            </w:r>
          </w:p>
        </w:tc>
        <w:tc>
          <w:tcPr>
            <w:tcW w:type="dxa" w:w="5184"/>
            <w:tcMar>
              <w:top w:w="80" w:type="dxa"/>
              <w:start w:w="80" w:type="dxa"/>
              <w:bottom w:w="80" w:type="dxa"/>
              <w:end w:w="80" w:type="dxa"/>
            </w:tcMar>
            <w:vAlign w:val="top"/>
          </w:tcPr>
          <w:p>
            <w:r>
              <w:rPr>
                <w:rFonts w:ascii="Aptos" w:hAnsi="Aptos" w:eastAsia="Aptos"/>
                <w:b w:val="0"/>
                <w:i w:val="0"/>
                <w:color w:val="151515"/>
                <w:sz w:val="18"/>
              </w:rPr>
              <w:t>3–5 proven leaders per priority country/region; adjust by sector depth.</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Founding fee model</w:t>
            </w:r>
          </w:p>
        </w:tc>
        <w:tc>
          <w:tcPr>
            <w:tcW w:type="dxa" w:w="5184"/>
            <w:tcMar>
              <w:top w:w="80" w:type="dxa"/>
              <w:start w:w="80" w:type="dxa"/>
              <w:bottom w:w="80" w:type="dxa"/>
              <w:end w:w="80" w:type="dxa"/>
            </w:tcMar>
            <w:vAlign w:val="top"/>
          </w:tcPr>
          <w:p>
            <w:r>
              <w:rPr>
                <w:rFonts w:ascii="Aptos" w:hAnsi="Aptos" w:eastAsia="Aptos"/>
                <w:b w:val="0"/>
                <w:i w:val="0"/>
                <w:color w:val="151515"/>
                <w:sz w:val="18"/>
              </w:rPr>
              <w:t>Premium founding contribution plus annual membership, with clear founding privileges.</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Launch corridors</w:t>
            </w:r>
          </w:p>
        </w:tc>
        <w:tc>
          <w:tcPr>
            <w:tcW w:type="dxa" w:w="5184"/>
            <w:tcMar>
              <w:top w:w="80" w:type="dxa"/>
              <w:start w:w="80" w:type="dxa"/>
              <w:bottom w:w="80" w:type="dxa"/>
              <w:end w:w="80" w:type="dxa"/>
            </w:tcMar>
            <w:vAlign w:val="top"/>
          </w:tcPr>
          <w:p>
            <w:r>
              <w:rPr>
                <w:rFonts w:ascii="Aptos" w:hAnsi="Aptos" w:eastAsia="Aptos"/>
                <w:b w:val="0"/>
                <w:i w:val="0"/>
                <w:color w:val="151515"/>
                <w:sz w:val="18"/>
              </w:rPr>
              <w:t>Select 3–5 sectors and 3–5 countries where leadership relationships are strongest.</w:t>
            </w:r>
          </w:p>
        </w:tc>
      </w:tr>
      <w:tr>
        <w:tc>
          <w:tcPr>
            <w:tcW w:type="dxa" w:w="5184"/>
            <w:tcMar>
              <w:top w:w="80" w:type="dxa"/>
              <w:start w:w="80" w:type="dxa"/>
              <w:bottom w:w="80" w:type="dxa"/>
              <w:end w:w="80" w:type="dxa"/>
            </w:tcMar>
            <w:vAlign w:val="top"/>
          </w:tcPr>
          <w:p>
            <w:r>
              <w:rPr>
                <w:rFonts w:ascii="Aptos" w:hAnsi="Aptos" w:eastAsia="Aptos"/>
                <w:b w:val="0"/>
                <w:i w:val="0"/>
                <w:color w:val="151515"/>
                <w:sz w:val="18"/>
              </w:rPr>
              <w:t>DTC/DTI explainer depth</w:t>
            </w:r>
          </w:p>
        </w:tc>
        <w:tc>
          <w:tcPr>
            <w:tcW w:type="dxa" w:w="5184"/>
            <w:tcMar>
              <w:top w:w="80" w:type="dxa"/>
              <w:start w:w="80" w:type="dxa"/>
              <w:bottom w:w="80" w:type="dxa"/>
              <w:end w:w="80" w:type="dxa"/>
            </w:tcMar>
            <w:vAlign w:val="top"/>
          </w:tcPr>
          <w:p>
            <w:r>
              <w:rPr>
                <w:rFonts w:ascii="Aptos" w:hAnsi="Aptos" w:eastAsia="Aptos"/>
                <w:b w:val="0"/>
                <w:i w:val="0"/>
                <w:color w:val="151515"/>
                <w:sz w:val="18"/>
              </w:rPr>
              <w:t>Use simple public language; reserve technical workflow details for approved members and partners.</w:t>
            </w:r>
          </w:p>
        </w:tc>
      </w:tr>
    </w:tbl>
    <w:p>
      <w:pPr>
        <w:spacing w:after="20"/>
      </w:pPr>
    </w:p>
    <w:p>
      <w:r>
        <w:br w:type="page"/>
      </w:r>
    </w:p>
    <w:p>
      <w:pPr>
        <w:jc w:val="center"/>
      </w:pPr>
      <w:r>
        <w:rPr>
          <w:rFonts w:ascii="Georgia" w:hAnsi="Georgia" w:eastAsia="Georgia"/>
          <w:b/>
          <w:i w:val="0"/>
          <w:color w:val="041220"/>
          <w:sz w:val="54"/>
        </w:rPr>
        <w:t>AFRIDIRECT</w:t>
      </w:r>
    </w:p>
    <w:p>
      <w:pPr>
        <w:jc w:val="center"/>
      </w:pPr>
      <w:r>
        <w:rPr>
          <w:rFonts w:ascii="Aptos" w:hAnsi="Aptos" w:eastAsia="Aptos"/>
          <w:b w:val="0"/>
          <w:i w:val="0"/>
          <w:color w:val="C9A14A"/>
          <w:sz w:val="30"/>
        </w:rPr>
        <w:t>Direct trade. Verified partners. Serious growth.</w:t>
      </w:r>
    </w:p>
    <w:p>
      <w:pPr>
        <w:spacing w:after="120"/>
        <w:jc w:val="center"/>
      </w:pPr>
      <w:r>
        <w:drawing>
          <wp:inline xmlns:a="http://schemas.openxmlformats.org/drawingml/2006/main" xmlns:pic="http://schemas.openxmlformats.org/drawingml/2006/picture">
            <wp:extent cx="5303520" cy="5303520"/>
            <wp:docPr id="9" name="Picture 9"/>
            <wp:cNvGraphicFramePr>
              <a:graphicFrameLocks noChangeAspect="1"/>
            </wp:cNvGraphicFramePr>
            <a:graphic>
              <a:graphicData uri="http://schemas.openxmlformats.org/drawingml/2006/picture">
                <pic:pic>
                  <pic:nvPicPr>
                    <pic:cNvPr id="0" name="luxurious_corporate_branding_mockup.png"/>
                    <pic:cNvPicPr/>
                  </pic:nvPicPr>
                  <pic:blipFill>
                    <a:blip r:embed="rId16"/>
                    <a:stretch>
                      <a:fillRect/>
                    </a:stretch>
                  </pic:blipFill>
                  <pic:spPr>
                    <a:xfrm>
                      <a:off x="0" y="0"/>
                      <a:ext cx="5303520" cy="5303520"/>
                    </a:xfrm>
                    <a:prstGeom prst="rect"/>
                  </pic:spPr>
                </pic:pic>
              </a:graphicData>
            </a:graphic>
          </wp:inline>
        </w:drawing>
      </w:r>
    </w:p>
    <w:tbl>
      <w:tblPr>
        <w:tblW w:type="auto" w:w="0"/>
        <w:jc w:val="center"/>
        <w:tblLayout w:type="autofit"/>
        <w:tblLook w:firstColumn="1" w:firstRow="1" w:lastColumn="0" w:lastRow="0" w:noHBand="0" w:noVBand="1" w:val="04A0"/>
      </w:tblPr>
      <w:tblGrid>
        <w:gridCol w:w="10368"/>
      </w:tblGrid>
      <w:tr>
        <w:tc>
          <w:tcPr>
            <w:tcW w:type="dxa" w:w="10368"/>
            <w:shd w:fill="041220"/>
            <w:tcBorders>
              <w:top w:val="single" w:sz="8" w:space="0" w:color="C9A14A"/>
              <w:left w:val="single" w:sz="8" w:space="0" w:color="C9A14A"/>
              <w:bottom w:val="single" w:sz="8" w:space="0" w:color="C9A14A"/>
              <w:right w:val="single" w:sz="8" w:space="0" w:color="C9A14A"/>
            </w:tcBorders>
            <w:tcMar>
              <w:top w:w="160" w:type="dxa"/>
              <w:start w:w="160" w:type="dxa"/>
              <w:bottom w:w="160" w:type="dxa"/>
              <w:end w:w="160" w:type="dxa"/>
            </w:tcMar>
          </w:tcPr>
          <w:p>
            <w:r>
              <w:rPr>
                <w:rFonts w:ascii="Aptos" w:hAnsi="Aptos" w:eastAsia="Aptos"/>
                <w:b/>
                <w:i w:val="0"/>
                <w:color w:val="E2C16D"/>
                <w:sz w:val="20"/>
              </w:rPr>
              <w:t>CLOSING POSITION</w:t>
            </w:r>
          </w:p>
          <w:p>
            <w:r>
              <w:rPr>
                <w:rFonts w:ascii="Aptos" w:hAnsi="Aptos" w:eastAsia="Aptos"/>
                <w:b w:val="0"/>
                <w:i w:val="0"/>
                <w:color w:val="FAF8F2"/>
                <w:sz w:val="22"/>
              </w:rPr>
              <w:t>AfriDirect should launch as a rare circle of trusted market leaders. The marketplace should then become the technology expression of that trust — not a replacement for it.</w:t>
            </w:r>
          </w:p>
        </w:tc>
      </w:tr>
    </w:tbl>
    <w:p>
      <w:pPr>
        <w:spacing w:after="40"/>
      </w:pPr>
    </w:p>
    <w:sectPr w:rsidR="00FC693F" w:rsidRPr="0006063C" w:rsidSect="00034616">
      <w:footerReference w:type="default" r:id="rId9"/>
      <w:pgSz w:w="12240" w:h="15840"/>
      <w:pgMar w:top="936" w:right="936" w:bottom="936" w:left="93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10="urn:schemas-microsoft-com:office:word" xmlns:w14="http://schemas.microsoft.com/office/word/2010/wordml" xmlns:w="http://schemas.openxmlformats.org/wordprocessingml/2006/main" xmlns:wne="http://schemas.microsoft.com/office/word/2006/wordml" xmlns:wp14="http://schemas.microsoft.com/office/word/2010/wordprocessingDrawing" xmlns:wp="http://schemas.openxmlformats.org/drawingml/2006/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p>
    <w:pPr>
      <w:pStyle w:val="Footer"/>
      <w:jc w:val="center"/>
    </w:pPr>
    <w:r>
      <w:rPr>
        <w:rFonts w:ascii="Aptos" w:hAnsi="Aptos" w:eastAsia="Aptos"/>
        <w:b w:val="0"/>
        <w:i w:val="0"/>
        <w:color w:val="6E746F"/>
        <w:sz w:val="16"/>
      </w:rPr>
      <w:t>AfriDirect Company Profile | Private Working Draft | afridirect.trade</w:t>
    </w:r>
  </w:p>
</w:ft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Aptos" w:hAnsi="Aptos" w:eastAsia="Aptos"/>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Georgia" w:hAnsi="Georgia" w:eastAsia="Georgia"/>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Georgia" w:hAnsi="Georgia" w:eastAsia="Georgia"/>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Georgia" w:hAnsi="Georgia" w:eastAsia="Georgia"/>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footer" Target="footer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